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6CBAA" w14:textId="77777777" w:rsidR="00C671C1" w:rsidRPr="00220C2D" w:rsidRDefault="00220C2D">
      <w:pPr>
        <w:jc w:val="right"/>
        <w:rPr>
          <w:lang w:val="ru-RU"/>
        </w:rPr>
      </w:pPr>
      <w:r w:rsidRPr="00220C2D">
        <w:rPr>
          <w:lang w:val="ru-RU"/>
        </w:rPr>
        <w:t>УТВЕРЖДАЮ</w:t>
      </w:r>
    </w:p>
    <w:p w14:paraId="02F8ED11" w14:textId="77777777" w:rsidR="00C671C1" w:rsidRPr="00220C2D" w:rsidRDefault="00220C2D">
      <w:pPr>
        <w:pStyle w:val="DocTitle"/>
        <w:spacing w:after="360"/>
        <w:jc w:val="center"/>
        <w:rPr>
          <w:lang w:val="ru-RU"/>
        </w:rPr>
      </w:pPr>
      <w:r w:rsidRPr="00220C2D">
        <w:rPr>
          <w:lang w:val="ru-RU"/>
        </w:rPr>
        <w:t>ПЛАН РАБОТЫ</w:t>
      </w:r>
      <w:r w:rsidRPr="00220C2D">
        <w:rPr>
          <w:lang w:val="ru-RU"/>
        </w:rPr>
        <w:br/>
        <w:t>школьного туристского клуба (ШТК) с интеграцией проектов «Движения Первых»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23"/>
        <w:gridCol w:w="2423"/>
        <w:gridCol w:w="2423"/>
        <w:gridCol w:w="2423"/>
      </w:tblGrid>
      <w:tr w:rsidR="00C671C1" w14:paraId="7B7AC74A" w14:textId="77777777">
        <w:trPr>
          <w:jc w:val="center"/>
        </w:trPr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22AB482B" w14:textId="77777777" w:rsidR="00C671C1" w:rsidRDefault="00220C2D">
            <w:r>
              <w:rPr>
                <w:b/>
                <w:sz w:val="22"/>
              </w:rPr>
              <w:t>Сроки / Месяц</w:t>
            </w: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1FFC6CCC" w14:textId="77777777" w:rsidR="00C671C1" w:rsidRDefault="00220C2D">
            <w:r>
              <w:rPr>
                <w:b/>
                <w:sz w:val="22"/>
              </w:rPr>
              <w:t>Наименование мероприятия / занятий</w:t>
            </w: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31E68A0E" w14:textId="77777777" w:rsidR="00C671C1" w:rsidRDefault="00220C2D">
            <w:r>
              <w:rPr>
                <w:b/>
                <w:sz w:val="22"/>
              </w:rPr>
              <w:t xml:space="preserve">Форма </w:t>
            </w:r>
            <w:r>
              <w:rPr>
                <w:b/>
                <w:sz w:val="22"/>
              </w:rPr>
              <w:t>проведения / Модуль</w:t>
            </w: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744AFA8C" w14:textId="77777777" w:rsidR="00C671C1" w:rsidRDefault="00220C2D">
            <w:r>
              <w:rPr>
                <w:b/>
                <w:sz w:val="22"/>
              </w:rPr>
              <w:t>Ответственные</w:t>
            </w:r>
          </w:p>
        </w:tc>
      </w:tr>
      <w:tr w:rsidR="00C671C1" w:rsidRPr="00220C2D" w14:paraId="174F6BF7" w14:textId="77777777">
        <w:trPr>
          <w:jc w:val="center"/>
        </w:trPr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03C5A98" w14:textId="77777777" w:rsidR="00C671C1" w:rsidRDefault="00220C2D">
            <w:r>
              <w:rPr>
                <w:sz w:val="21"/>
              </w:rPr>
              <w:t>Сентябрь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66C44AD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>Организационное собрание ШТК. Торжественное открытие направления «Клуб Первых» на базе ШТК совместно с первичным отделением «Движения Первых».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29350F3" w14:textId="77777777" w:rsidR="00C671C1" w:rsidRDefault="00220C2D">
            <w:r w:rsidRPr="00220C2D">
              <w:rPr>
                <w:sz w:val="21"/>
                <w:lang w:val="ru-RU"/>
              </w:rPr>
              <w:t xml:space="preserve">Презентация, запуск трека «Хранители истории». </w:t>
            </w:r>
            <w:r>
              <w:rPr>
                <w:sz w:val="21"/>
              </w:rPr>
              <w:t>Формирование списков г</w:t>
            </w:r>
            <w:r>
              <w:rPr>
                <w:sz w:val="21"/>
              </w:rPr>
              <w:t>рупп.</w:t>
            </w:r>
            <w:bookmarkStart w:id="0" w:name="_GoBack"/>
            <w:bookmarkEnd w:id="0"/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8956BA4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>Руководитель ШТК, куратор Движения Первых</w:t>
            </w:r>
          </w:p>
        </w:tc>
      </w:tr>
      <w:tr w:rsidR="00C671C1" w14:paraId="59CA4FAC" w14:textId="77777777">
        <w:trPr>
          <w:jc w:val="center"/>
        </w:trPr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CEDA018" w14:textId="77777777" w:rsidR="00C671C1" w:rsidRDefault="00220C2D">
            <w:r>
              <w:rPr>
                <w:sz w:val="21"/>
              </w:rPr>
              <w:t>Октябрь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323AFDB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>Всероссийский проект «Походы Первых»: организация однодневного тематического похода.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B1E370E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>Семейный экологический поход выходного дня. Отработка первичных навыков полевого быта.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132ED67" w14:textId="77777777" w:rsidR="00C671C1" w:rsidRDefault="00220C2D">
            <w:r>
              <w:rPr>
                <w:sz w:val="21"/>
              </w:rPr>
              <w:t xml:space="preserve">Инструктор, </w:t>
            </w:r>
            <w:r>
              <w:rPr>
                <w:sz w:val="21"/>
              </w:rPr>
              <w:t>педагоги</w:t>
            </w:r>
          </w:p>
        </w:tc>
      </w:tr>
      <w:tr w:rsidR="00C671C1" w14:paraId="05AC9350" w14:textId="77777777">
        <w:trPr>
          <w:jc w:val="center"/>
        </w:trPr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15F6FB9" w14:textId="77777777" w:rsidR="00C671C1" w:rsidRDefault="00220C2D">
            <w:r>
              <w:rPr>
                <w:sz w:val="21"/>
              </w:rPr>
              <w:t>Ноябрь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54DD7D0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>Теоретические и практические занятия в клубе Первых. Разработка и защита социальных проектов.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65D049B" w14:textId="77777777" w:rsidR="00C671C1" w:rsidRDefault="00220C2D">
            <w:r w:rsidRPr="00220C2D">
              <w:rPr>
                <w:sz w:val="21"/>
                <w:lang w:val="ru-RU"/>
              </w:rPr>
              <w:t xml:space="preserve">Проектный модуль «Юные туристы-краеведы Первых». </w:t>
            </w:r>
            <w:r>
              <w:rPr>
                <w:sz w:val="21"/>
              </w:rPr>
              <w:t>Занятия в школьном музее.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9867113" w14:textId="77777777" w:rsidR="00C671C1" w:rsidRDefault="00220C2D">
            <w:r>
              <w:rPr>
                <w:sz w:val="21"/>
              </w:rPr>
              <w:t>Руководитель ШТК, актив клуба</w:t>
            </w:r>
          </w:p>
        </w:tc>
      </w:tr>
      <w:tr w:rsidR="00C671C1" w14:paraId="575C0462" w14:textId="77777777">
        <w:trPr>
          <w:jc w:val="center"/>
        </w:trPr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89C1A63" w14:textId="77777777" w:rsidR="00C671C1" w:rsidRDefault="00220C2D">
            <w:r>
              <w:rPr>
                <w:sz w:val="21"/>
              </w:rPr>
              <w:t>Декабрь - Январь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7AD15E4" w14:textId="77777777" w:rsidR="00C671C1" w:rsidRDefault="00220C2D">
            <w:r w:rsidRPr="00220C2D">
              <w:rPr>
                <w:sz w:val="21"/>
                <w:lang w:val="ru-RU"/>
              </w:rPr>
              <w:t>Краеведческие викторин</w:t>
            </w:r>
            <w:r w:rsidRPr="00220C2D">
              <w:rPr>
                <w:sz w:val="21"/>
                <w:lang w:val="ru-RU"/>
              </w:rPr>
              <w:t xml:space="preserve">ы, турниры и конкурсы в рамках треков «Движения Первых». </w:t>
            </w:r>
            <w:r>
              <w:rPr>
                <w:sz w:val="21"/>
              </w:rPr>
              <w:t>Зимний мини-слет ШТК.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62DA212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>Интеллектуальные игры, соревнования по ориентированию в закрытых помещениях.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FAF6901" w14:textId="77777777" w:rsidR="00C671C1" w:rsidRDefault="00220C2D">
            <w:r>
              <w:rPr>
                <w:sz w:val="21"/>
              </w:rPr>
              <w:t>Педагоги дополнительного образования</w:t>
            </w:r>
          </w:p>
        </w:tc>
      </w:tr>
      <w:tr w:rsidR="00C671C1" w14:paraId="09854C59" w14:textId="77777777">
        <w:trPr>
          <w:jc w:val="center"/>
        </w:trPr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0210636" w14:textId="77777777" w:rsidR="00C671C1" w:rsidRDefault="00220C2D">
            <w:r>
              <w:rPr>
                <w:sz w:val="21"/>
              </w:rPr>
              <w:t>Февраль - Март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DF7FA98" w14:textId="77777777" w:rsidR="00C671C1" w:rsidRDefault="00220C2D">
            <w:r w:rsidRPr="00220C2D">
              <w:rPr>
                <w:sz w:val="21"/>
                <w:lang w:val="ru-RU"/>
              </w:rPr>
              <w:t>Подготовка обучающихся к выполнению испытаний В</w:t>
            </w:r>
            <w:r w:rsidRPr="00220C2D">
              <w:rPr>
                <w:sz w:val="21"/>
                <w:lang w:val="ru-RU"/>
              </w:rPr>
              <w:t xml:space="preserve">ФСК ГТО «Туристский поход с проверкой туристских навыков». </w:t>
            </w:r>
            <w:r>
              <w:rPr>
                <w:sz w:val="21"/>
              </w:rPr>
              <w:t>«Походы Первых» по заснеженной местности.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D555CCD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>Занятия на полигоне, лыжные и пешие выходы выходного дня.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ED62CE6" w14:textId="77777777" w:rsidR="00C671C1" w:rsidRDefault="00220C2D">
            <w:r>
              <w:rPr>
                <w:sz w:val="21"/>
              </w:rPr>
              <w:t>Руководитель ШТК, учитель ФК</w:t>
            </w:r>
          </w:p>
        </w:tc>
      </w:tr>
      <w:tr w:rsidR="00C671C1" w14:paraId="5CA91ED2" w14:textId="77777777">
        <w:trPr>
          <w:jc w:val="center"/>
        </w:trPr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9CEAF2C" w14:textId="77777777" w:rsidR="00C671C1" w:rsidRDefault="00220C2D">
            <w:r>
              <w:rPr>
                <w:sz w:val="21"/>
              </w:rPr>
              <w:lastRenderedPageBreak/>
              <w:t>Апрель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92317B4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>Весенний эко-поход «Походы Первых», приуроченный к экологиче</w:t>
            </w:r>
            <w:r w:rsidRPr="00220C2D">
              <w:rPr>
                <w:sz w:val="21"/>
                <w:lang w:val="ru-RU"/>
              </w:rPr>
              <w:t>ским акциям «Движения Первых».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25143BD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>Поход выходного дня, благоустройство памятных мест и очистка природных зон.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2A059FE" w14:textId="77777777" w:rsidR="00C671C1" w:rsidRDefault="00220C2D">
            <w:r>
              <w:rPr>
                <w:sz w:val="21"/>
              </w:rPr>
              <w:t>Инструктор, волонтеры ШТК</w:t>
            </w:r>
          </w:p>
        </w:tc>
      </w:tr>
      <w:tr w:rsidR="00C671C1" w14:paraId="58C9F3F5" w14:textId="77777777">
        <w:trPr>
          <w:jc w:val="center"/>
        </w:trPr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F103BF1" w14:textId="77777777" w:rsidR="00C671C1" w:rsidRDefault="00220C2D">
            <w:r>
              <w:rPr>
                <w:sz w:val="21"/>
              </w:rPr>
              <w:t>Май - Июнь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CD88710" w14:textId="77777777" w:rsidR="00C671C1" w:rsidRDefault="00220C2D">
            <w:r w:rsidRPr="00220C2D">
              <w:rPr>
                <w:sz w:val="21"/>
                <w:lang w:val="ru-RU"/>
              </w:rPr>
              <w:t xml:space="preserve">Итоговый туристический слет «Первые на туристической тропе». </w:t>
            </w:r>
            <w:r>
              <w:rPr>
                <w:sz w:val="21"/>
              </w:rPr>
              <w:t>Организация полевого палаточного лагеря.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9C2239D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>Многодневный полевой лагерь, участие в региональных фестивалях туризма.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7DD1DB8" w14:textId="77777777" w:rsidR="00C671C1" w:rsidRDefault="00220C2D">
            <w:r>
              <w:rPr>
                <w:sz w:val="21"/>
              </w:rPr>
              <w:t>Администрация ОО, руководитель ШТК</w:t>
            </w:r>
          </w:p>
        </w:tc>
      </w:tr>
    </w:tbl>
    <w:p w14:paraId="56A0EF38" w14:textId="77777777" w:rsidR="00C671C1" w:rsidRDefault="00220C2D">
      <w:r>
        <w:br w:type="page"/>
      </w:r>
    </w:p>
    <w:p w14:paraId="770622CA" w14:textId="77777777" w:rsidR="00C671C1" w:rsidRDefault="00220C2D">
      <w:pPr>
        <w:jc w:val="right"/>
      </w:pPr>
      <w:r>
        <w:lastRenderedPageBreak/>
        <w:t>УТВЕРЖДАЮ</w:t>
      </w:r>
    </w:p>
    <w:p w14:paraId="41718B5B" w14:textId="77777777" w:rsidR="00C671C1" w:rsidRPr="00220C2D" w:rsidRDefault="00220C2D">
      <w:pPr>
        <w:spacing w:after="480"/>
        <w:jc w:val="right"/>
        <w:rPr>
          <w:lang w:val="ru-RU"/>
        </w:rPr>
      </w:pPr>
      <w:r w:rsidRPr="00220C2D">
        <w:rPr>
          <w:lang w:val="ru-RU"/>
        </w:rPr>
        <w:t>Директор образовательной организации</w:t>
      </w:r>
      <w:r w:rsidRPr="00220C2D">
        <w:rPr>
          <w:lang w:val="ru-RU"/>
        </w:rPr>
        <w:br/>
        <w:t>_________________ (ФИО)</w:t>
      </w:r>
      <w:r w:rsidRPr="00220C2D">
        <w:rPr>
          <w:lang w:val="ru-RU"/>
        </w:rPr>
        <w:br/>
        <w:t>«___» ____________ 202_ г.</w:t>
      </w:r>
    </w:p>
    <w:p w14:paraId="3BFBF228" w14:textId="77777777" w:rsidR="00C671C1" w:rsidRPr="00220C2D" w:rsidRDefault="00220C2D">
      <w:pPr>
        <w:pStyle w:val="DocTitle"/>
        <w:spacing w:after="360"/>
        <w:jc w:val="center"/>
        <w:rPr>
          <w:lang w:val="ru-RU"/>
        </w:rPr>
      </w:pPr>
      <w:r w:rsidRPr="00220C2D">
        <w:rPr>
          <w:lang w:val="ru-RU"/>
        </w:rPr>
        <w:t>РАСПИСАНИЕ ЗАНЯТИЙ</w:t>
      </w:r>
      <w:r w:rsidRPr="00220C2D">
        <w:rPr>
          <w:lang w:val="ru-RU"/>
        </w:rPr>
        <w:br/>
        <w:t>школьного туристского клуба (</w:t>
      </w:r>
      <w:r w:rsidRPr="00220C2D">
        <w:rPr>
          <w:lang w:val="ru-RU"/>
        </w:rPr>
        <w:t>ШТК) и «Клуба Первых»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23"/>
        <w:gridCol w:w="2423"/>
        <w:gridCol w:w="2423"/>
        <w:gridCol w:w="2423"/>
      </w:tblGrid>
      <w:tr w:rsidR="00C671C1" w14:paraId="4B071719" w14:textId="77777777">
        <w:trPr>
          <w:jc w:val="center"/>
        </w:trPr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4B85C90A" w14:textId="77777777" w:rsidR="00C671C1" w:rsidRDefault="00220C2D">
            <w:r>
              <w:rPr>
                <w:b/>
                <w:sz w:val="22"/>
              </w:rPr>
              <w:t>День недели</w:t>
            </w: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667E5CAC" w14:textId="77777777" w:rsidR="00C671C1" w:rsidRDefault="00220C2D">
            <w:r>
              <w:rPr>
                <w:b/>
                <w:sz w:val="22"/>
              </w:rPr>
              <w:t>Время</w:t>
            </w: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18B61CBC" w14:textId="77777777" w:rsidR="00C671C1" w:rsidRDefault="00220C2D">
            <w:r>
              <w:rPr>
                <w:b/>
                <w:sz w:val="22"/>
              </w:rPr>
              <w:t>Направление / Профильная группа</w:t>
            </w: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1D792181" w14:textId="77777777" w:rsidR="00C671C1" w:rsidRDefault="00220C2D">
            <w:r>
              <w:rPr>
                <w:b/>
                <w:sz w:val="22"/>
              </w:rPr>
              <w:t>Место проведения</w:t>
            </w:r>
          </w:p>
        </w:tc>
      </w:tr>
      <w:tr w:rsidR="00C671C1" w14:paraId="3995BB60" w14:textId="77777777">
        <w:trPr>
          <w:jc w:val="center"/>
        </w:trPr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A0DEDA0" w14:textId="77777777" w:rsidR="00C671C1" w:rsidRDefault="00220C2D">
            <w:r>
              <w:rPr>
                <w:sz w:val="21"/>
              </w:rPr>
              <w:t>Понедельник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3620145" w14:textId="77777777" w:rsidR="00C671C1" w:rsidRDefault="00220C2D">
            <w:r>
              <w:rPr>
                <w:sz w:val="21"/>
              </w:rPr>
              <w:t>15:30 – 17:00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1D78E5B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>Группа «Юные туристы» (Начальный уровень, 5–7 классы)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57D0E2D" w14:textId="77777777" w:rsidR="00C671C1" w:rsidRDefault="00220C2D">
            <w:r>
              <w:rPr>
                <w:sz w:val="21"/>
              </w:rPr>
              <w:t>Кабинет географии / Спортзал</w:t>
            </w:r>
          </w:p>
        </w:tc>
      </w:tr>
      <w:tr w:rsidR="00C671C1" w14:paraId="73C7770C" w14:textId="77777777">
        <w:trPr>
          <w:jc w:val="center"/>
        </w:trPr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0422259" w14:textId="77777777" w:rsidR="00C671C1" w:rsidRDefault="00220C2D">
            <w:r>
              <w:rPr>
                <w:sz w:val="21"/>
              </w:rPr>
              <w:t>Вторник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42C8D51" w14:textId="77777777" w:rsidR="00C671C1" w:rsidRDefault="00220C2D">
            <w:r>
              <w:rPr>
                <w:sz w:val="21"/>
              </w:rPr>
              <w:t>16:00 – 17:30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C364639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 xml:space="preserve">Секция «Спортивное </w:t>
            </w:r>
            <w:r w:rsidRPr="00220C2D">
              <w:rPr>
                <w:sz w:val="21"/>
                <w:lang w:val="ru-RU"/>
              </w:rPr>
              <w:t>ориентирование» (Сборная ШТК)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930E4D4" w14:textId="77777777" w:rsidR="00C671C1" w:rsidRDefault="00220C2D">
            <w:r>
              <w:rPr>
                <w:sz w:val="21"/>
              </w:rPr>
              <w:t>Спортивный зал / Школьный стадион</w:t>
            </w:r>
          </w:p>
        </w:tc>
      </w:tr>
      <w:tr w:rsidR="00C671C1" w14:paraId="0E2B60EC" w14:textId="77777777">
        <w:trPr>
          <w:jc w:val="center"/>
        </w:trPr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62F05FD" w14:textId="77777777" w:rsidR="00C671C1" w:rsidRDefault="00220C2D">
            <w:r>
              <w:rPr>
                <w:sz w:val="21"/>
              </w:rPr>
              <w:t>Среда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50593DA" w14:textId="77777777" w:rsidR="00C671C1" w:rsidRDefault="00220C2D">
            <w:r>
              <w:rPr>
                <w:sz w:val="21"/>
              </w:rPr>
              <w:t>15:30 – 17:00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1205DCFA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>Занятия в «Клубе Первых» (Модуль «Юные туристы-краеведы Первых» / Проектная деятельность)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5FB20F1" w14:textId="77777777" w:rsidR="00C671C1" w:rsidRDefault="00220C2D">
            <w:r>
              <w:rPr>
                <w:sz w:val="21"/>
              </w:rPr>
              <w:t>Кабинет географии / Школьный музей</w:t>
            </w:r>
          </w:p>
        </w:tc>
      </w:tr>
      <w:tr w:rsidR="00C671C1" w14:paraId="2E748B9A" w14:textId="77777777">
        <w:trPr>
          <w:jc w:val="center"/>
        </w:trPr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131E705" w14:textId="77777777" w:rsidR="00C671C1" w:rsidRDefault="00220C2D">
            <w:r>
              <w:rPr>
                <w:sz w:val="21"/>
              </w:rPr>
              <w:t>Четверг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27887E0" w14:textId="77777777" w:rsidR="00C671C1" w:rsidRDefault="00220C2D">
            <w:r>
              <w:rPr>
                <w:sz w:val="21"/>
              </w:rPr>
              <w:t>16:00 – 17:30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5018D24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 xml:space="preserve">Секция </w:t>
            </w:r>
            <w:r w:rsidRPr="00220C2D">
              <w:rPr>
                <w:sz w:val="21"/>
                <w:lang w:val="ru-RU"/>
              </w:rPr>
              <w:t>«Историческое краеведение» (Все возраста)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7908614" w14:textId="77777777" w:rsidR="00C671C1" w:rsidRDefault="00220C2D">
            <w:r>
              <w:rPr>
                <w:sz w:val="21"/>
              </w:rPr>
              <w:t>Школьный музей / Библиотека</w:t>
            </w:r>
          </w:p>
        </w:tc>
      </w:tr>
      <w:tr w:rsidR="00C671C1" w14:paraId="19C68B64" w14:textId="77777777">
        <w:trPr>
          <w:jc w:val="center"/>
        </w:trPr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81C60B9" w14:textId="77777777" w:rsidR="00C671C1" w:rsidRDefault="00220C2D">
            <w:r>
              <w:rPr>
                <w:sz w:val="21"/>
              </w:rPr>
              <w:t>Суббота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3B76184" w14:textId="77777777" w:rsidR="00C671C1" w:rsidRDefault="00220C2D">
            <w:r>
              <w:rPr>
                <w:sz w:val="21"/>
              </w:rPr>
              <w:t>10:00 – 14:00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D24C34C" w14:textId="77777777" w:rsidR="00C671C1" w:rsidRPr="00220C2D" w:rsidRDefault="00220C2D">
            <w:pPr>
              <w:rPr>
                <w:lang w:val="ru-RU"/>
              </w:rPr>
            </w:pPr>
            <w:r w:rsidRPr="00220C2D">
              <w:rPr>
                <w:sz w:val="21"/>
                <w:lang w:val="ru-RU"/>
              </w:rPr>
              <w:t>«Походы Первых» / Практические занятия на местности (Пешие выходы по отдельному графику)</w:t>
            </w:r>
          </w:p>
        </w:tc>
        <w:tc>
          <w:tcPr>
            <w:tcW w:w="242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7664F2E1" w14:textId="77777777" w:rsidR="00C671C1" w:rsidRDefault="00220C2D">
            <w:r>
              <w:rPr>
                <w:sz w:val="21"/>
              </w:rPr>
              <w:t>Лесопарковая зона / Учебный полигон</w:t>
            </w:r>
          </w:p>
        </w:tc>
      </w:tr>
    </w:tbl>
    <w:p w14:paraId="70DE334C" w14:textId="77777777" w:rsidR="00C671C1" w:rsidRDefault="00220C2D">
      <w:r>
        <w:br w:type="page"/>
      </w:r>
    </w:p>
    <w:p w14:paraId="1762DEC0" w14:textId="77777777" w:rsidR="00C671C1" w:rsidRPr="00220C2D" w:rsidRDefault="00220C2D">
      <w:pPr>
        <w:rPr>
          <w:lang w:val="ru-RU"/>
        </w:rPr>
      </w:pPr>
      <w:r w:rsidRPr="00220C2D">
        <w:rPr>
          <w:lang w:val="ru-RU"/>
        </w:rPr>
        <w:lastRenderedPageBreak/>
        <w:t>СОГЛАСОВАНО</w:t>
      </w:r>
      <w:r w:rsidRPr="00220C2D">
        <w:rPr>
          <w:lang w:val="ru-RU"/>
        </w:rPr>
        <w:br/>
        <w:t>Заместитель директора п</w:t>
      </w:r>
      <w:r w:rsidRPr="00220C2D">
        <w:rPr>
          <w:lang w:val="ru-RU"/>
        </w:rPr>
        <w:t>о ВР</w:t>
      </w:r>
      <w:r w:rsidRPr="00220C2D">
        <w:rPr>
          <w:lang w:val="ru-RU"/>
        </w:rPr>
        <w:br/>
        <w:t>_______ (ФИО)</w:t>
      </w:r>
      <w:r w:rsidRPr="00220C2D">
        <w:rPr>
          <w:lang w:val="ru-RU"/>
        </w:rPr>
        <w:br/>
        <w:t>«___» ________ 202_ г.</w:t>
      </w:r>
    </w:p>
    <w:p w14:paraId="47083435" w14:textId="77777777" w:rsidR="00C671C1" w:rsidRPr="00220C2D" w:rsidRDefault="00220C2D">
      <w:pPr>
        <w:spacing w:after="480"/>
        <w:jc w:val="right"/>
        <w:rPr>
          <w:lang w:val="ru-RU"/>
        </w:rPr>
      </w:pPr>
      <w:r w:rsidRPr="00220C2D">
        <w:rPr>
          <w:lang w:val="ru-RU"/>
        </w:rPr>
        <w:t>УТВЕРЖДАЮ</w:t>
      </w:r>
      <w:r w:rsidRPr="00220C2D">
        <w:rPr>
          <w:lang w:val="ru-RU"/>
        </w:rPr>
        <w:br/>
        <w:t>Директор образовательной организации</w:t>
      </w:r>
      <w:r w:rsidRPr="00220C2D">
        <w:rPr>
          <w:lang w:val="ru-RU"/>
        </w:rPr>
        <w:br/>
        <w:t>_______ (ФИО)</w:t>
      </w:r>
      <w:r w:rsidRPr="00220C2D">
        <w:rPr>
          <w:lang w:val="ru-RU"/>
        </w:rPr>
        <w:br/>
        <w:t>«___» ________ 202_ г.</w:t>
      </w:r>
    </w:p>
    <w:p w14:paraId="20C7A188" w14:textId="77777777" w:rsidR="00C671C1" w:rsidRPr="00220C2D" w:rsidRDefault="00220C2D">
      <w:pPr>
        <w:pStyle w:val="DocTitle"/>
        <w:spacing w:after="240"/>
        <w:jc w:val="center"/>
        <w:rPr>
          <w:lang w:val="ru-RU"/>
        </w:rPr>
      </w:pPr>
      <w:r w:rsidRPr="00220C2D">
        <w:rPr>
          <w:lang w:val="ru-RU"/>
        </w:rPr>
        <w:t>ИНСТРУКЦИЯ ПО ОХРАНЕ ТРУДА № ___</w:t>
      </w:r>
      <w:r w:rsidRPr="00220C2D">
        <w:rPr>
          <w:lang w:val="ru-RU"/>
        </w:rPr>
        <w:br/>
        <w:t>при проведении туристских походов, экспедиций и экскурсий («Походы Первых»)</w:t>
      </w:r>
    </w:p>
    <w:p w14:paraId="258CB4CD" w14:textId="77777777" w:rsidR="00C671C1" w:rsidRPr="00220C2D" w:rsidRDefault="00220C2D">
      <w:pPr>
        <w:spacing w:before="160" w:after="80"/>
        <w:rPr>
          <w:lang w:val="ru-RU"/>
        </w:rPr>
      </w:pPr>
      <w:r w:rsidRPr="00220C2D">
        <w:rPr>
          <w:b/>
          <w:lang w:val="ru-RU"/>
        </w:rPr>
        <w:t>1. Общие требования б</w:t>
      </w:r>
      <w:r w:rsidRPr="00220C2D">
        <w:rPr>
          <w:b/>
          <w:lang w:val="ru-RU"/>
        </w:rPr>
        <w:t>езопасности</w:t>
      </w:r>
    </w:p>
    <w:p w14:paraId="2200E082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>1.1. К участию в туристских походах, экспедициях и экскурсиях («Походы Первых») допускаются обучающиеся, прошедшие медицинский осмотр, предоставившие справку о состоянии здоровья и заявление от родителей (законных представителей), а также проше</w:t>
      </w:r>
      <w:r w:rsidRPr="00220C2D">
        <w:rPr>
          <w:lang w:val="ru-RU"/>
        </w:rPr>
        <w:t>дшие инструктаж по охране труда.</w:t>
      </w:r>
    </w:p>
    <w:p w14:paraId="16B1B25F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>1.2. Участники похода обязаны строго соблюдать правила личной гигиены, своевременно информировать руководителя группы о недомогании или травмах.</w:t>
      </w:r>
    </w:p>
    <w:p w14:paraId="3A14A381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>1.3. При участии в массовых семейных и просветительских «Походах Первых» педаг</w:t>
      </w:r>
      <w:r w:rsidRPr="00220C2D">
        <w:rPr>
          <w:lang w:val="ru-RU"/>
        </w:rPr>
        <w:t>огический состав и подготовленные старшие школьники-волонтеры обязаны обеспечить непрерывный контроль за соблюдением питьевого режима, темпа движения и правил безопасности всеми приглашенными участниками, не имеющими регулярного туристического опыта.</w:t>
      </w:r>
    </w:p>
    <w:p w14:paraId="44D16028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 xml:space="preserve">1.4. </w:t>
      </w:r>
      <w:r w:rsidRPr="00220C2D">
        <w:rPr>
          <w:lang w:val="ru-RU"/>
        </w:rPr>
        <w:t>В походе должен быть укомплектован медицинский набор (аптечка) первой помощи, а также проверенное групповое и индивидуальное снаряжение.</w:t>
      </w:r>
    </w:p>
    <w:p w14:paraId="2F62C5A2" w14:textId="77777777" w:rsidR="00C671C1" w:rsidRPr="00220C2D" w:rsidRDefault="00220C2D">
      <w:pPr>
        <w:spacing w:before="160" w:after="80"/>
        <w:rPr>
          <w:lang w:val="ru-RU"/>
        </w:rPr>
      </w:pPr>
      <w:r w:rsidRPr="00220C2D">
        <w:rPr>
          <w:b/>
          <w:lang w:val="ru-RU"/>
        </w:rPr>
        <w:t>2. Требования безопасности перед началом похода (занятия)</w:t>
      </w:r>
    </w:p>
    <w:p w14:paraId="7B44AF4A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 xml:space="preserve">2.1. Руководитель похода обязан провести целевой </w:t>
      </w:r>
      <w:r w:rsidRPr="00220C2D">
        <w:rPr>
          <w:lang w:val="ru-RU"/>
        </w:rPr>
        <w:t>инструктаж участников с регистрацией в журнале установленной формы.</w:t>
      </w:r>
    </w:p>
    <w:p w14:paraId="1505A91D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>2.2. Проверить исправность и комплектность всего снаряжения, одежды, обуви и средств индивидуальной защиты.</w:t>
      </w:r>
    </w:p>
    <w:p w14:paraId="15358180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>2.3. Изучить и согласовать маршрут движения, метеорологический прогноз, подготов</w:t>
      </w:r>
      <w:r w:rsidRPr="00220C2D">
        <w:rPr>
          <w:lang w:val="ru-RU"/>
        </w:rPr>
        <w:t>ить карты и средства навигации.</w:t>
      </w:r>
    </w:p>
    <w:p w14:paraId="40B5B54F" w14:textId="77777777" w:rsidR="00C671C1" w:rsidRPr="00220C2D" w:rsidRDefault="00220C2D">
      <w:pPr>
        <w:spacing w:before="160" w:after="80"/>
        <w:rPr>
          <w:lang w:val="ru-RU"/>
        </w:rPr>
      </w:pPr>
      <w:r w:rsidRPr="00220C2D">
        <w:rPr>
          <w:b/>
          <w:lang w:val="ru-RU"/>
        </w:rPr>
        <w:t>3. Требования безопасности во время движения и проведения занятий</w:t>
      </w:r>
    </w:p>
    <w:p w14:paraId="15F97F2E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>3.1. Движение группы по маршруту осуществляется строго в колонне, в темпе, задаваемом направляющим (руководителем), замыкающим ставится опытный участник или п</w:t>
      </w:r>
      <w:r w:rsidRPr="00220C2D">
        <w:rPr>
          <w:lang w:val="ru-RU"/>
        </w:rPr>
        <w:t>едагог.</w:t>
      </w:r>
    </w:p>
    <w:p w14:paraId="1F90B545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lastRenderedPageBreak/>
        <w:t>3.2. Запрещается самовольно покидать расположение группы, изменять маршрут движения, пить воду из непроверенных открытых водоемов.</w:t>
      </w:r>
    </w:p>
    <w:p w14:paraId="0D86DC54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>3.3. При движении вдоль автомобильных дорог общего пользования строго соблюдать Правила дорожного движения РФ.</w:t>
      </w:r>
    </w:p>
    <w:p w14:paraId="09BF4834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>3.4. О</w:t>
      </w:r>
      <w:r w:rsidRPr="00220C2D">
        <w:rPr>
          <w:lang w:val="ru-RU"/>
        </w:rPr>
        <w:t>бустройство полевого быта, установка палаток и разведение костров производятся исключительно в специально отведенных местах под прямым контролем руководителей группы.</w:t>
      </w:r>
    </w:p>
    <w:p w14:paraId="0A41A386" w14:textId="77777777" w:rsidR="00C671C1" w:rsidRPr="00220C2D" w:rsidRDefault="00220C2D">
      <w:pPr>
        <w:spacing w:before="160" w:after="80"/>
        <w:rPr>
          <w:lang w:val="ru-RU"/>
        </w:rPr>
      </w:pPr>
      <w:r w:rsidRPr="00220C2D">
        <w:rPr>
          <w:b/>
          <w:lang w:val="ru-RU"/>
        </w:rPr>
        <w:t>4. Требования безопасности в аварийных ситуациях</w:t>
      </w:r>
    </w:p>
    <w:p w14:paraId="132AFABD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>4.1. При резком ухудшении погодных услов</w:t>
      </w:r>
      <w:r w:rsidRPr="00220C2D">
        <w:rPr>
          <w:lang w:val="ru-RU"/>
        </w:rPr>
        <w:t>ий руководитель обязан принять меры по укрытию группы или выводу её с маршрута в безопасное место.</w:t>
      </w:r>
    </w:p>
    <w:p w14:paraId="72E1DAD5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>4.2. В случае получения травмы участником похода необходимо немедленно оказать ему первую помощь, при необходимости организовать транспортировку пострадавшег</w:t>
      </w:r>
      <w:r w:rsidRPr="00220C2D">
        <w:rPr>
          <w:lang w:val="ru-RU"/>
        </w:rPr>
        <w:t>о в ближайшее медицинское учреждение и сообщить администрации образовательной организации.</w:t>
      </w:r>
    </w:p>
    <w:p w14:paraId="5D9503BB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>4.3. При обнаружении опасных предметов (боеприпасов, подозрительных пакетов) не приближаться к ним, оградить место и вызвать экстренные службы.</w:t>
      </w:r>
    </w:p>
    <w:p w14:paraId="38BCFB92" w14:textId="77777777" w:rsidR="00C671C1" w:rsidRPr="00220C2D" w:rsidRDefault="00220C2D">
      <w:pPr>
        <w:spacing w:before="160" w:after="80"/>
        <w:rPr>
          <w:lang w:val="ru-RU"/>
        </w:rPr>
      </w:pPr>
      <w:r w:rsidRPr="00220C2D">
        <w:rPr>
          <w:b/>
          <w:lang w:val="ru-RU"/>
        </w:rPr>
        <w:t>5. Требования безопас</w:t>
      </w:r>
      <w:r w:rsidRPr="00220C2D">
        <w:rPr>
          <w:b/>
          <w:lang w:val="ru-RU"/>
        </w:rPr>
        <w:t>ности по окончании похода</w:t>
      </w:r>
    </w:p>
    <w:p w14:paraId="450BD353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>5.1. Собрать все снаряжение, проверить его комплектность, полностью ликвидировать и залить водой костровое место.</w:t>
      </w:r>
    </w:p>
    <w:p w14:paraId="71B6F556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>5.2. Убрать территорию лагеря или стоянки от мусора. Весь мусор утилизируется в специально отведенных местах.</w:t>
      </w:r>
    </w:p>
    <w:p w14:paraId="12EECA73" w14:textId="77777777" w:rsidR="00C671C1" w:rsidRPr="00220C2D" w:rsidRDefault="00220C2D">
      <w:pPr>
        <w:spacing w:after="60"/>
        <w:ind w:left="360"/>
        <w:rPr>
          <w:lang w:val="ru-RU"/>
        </w:rPr>
      </w:pPr>
      <w:r w:rsidRPr="00220C2D">
        <w:rPr>
          <w:lang w:val="ru-RU"/>
        </w:rPr>
        <w:t>5.3. П</w:t>
      </w:r>
      <w:r w:rsidRPr="00220C2D">
        <w:rPr>
          <w:lang w:val="ru-RU"/>
        </w:rPr>
        <w:t>ровести финальную перекличку участников, подвести итоги мероприятия и доложить руководству организации об успешном завершении похода.</w:t>
      </w:r>
    </w:p>
    <w:sectPr w:rsidR="00C671C1" w:rsidRPr="00220C2D" w:rsidSect="00034616">
      <w:pgSz w:w="12240" w:h="15840"/>
      <w:pgMar w:top="1138" w:right="850" w:bottom="1138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C2D"/>
    <w:rsid w:val="0029639D"/>
    <w:rsid w:val="00326F90"/>
    <w:rsid w:val="00AA1D8D"/>
    <w:rsid w:val="00B47730"/>
    <w:rsid w:val="00C671C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AA8C52"/>
  <w14:defaultImageDpi w14:val="300"/>
  <w15:docId w15:val="{A67FF619-48A7-43CE-9161-65AEFB78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F62F62-DB32-4C82-BFBD-CC118F862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Honor</cp:lastModifiedBy>
  <cp:revision>2</cp:revision>
  <dcterms:created xsi:type="dcterms:W3CDTF">2013-12-23T23:15:00Z</dcterms:created>
  <dcterms:modified xsi:type="dcterms:W3CDTF">2026-10-13T06:00:00Z</dcterms:modified>
  <cp:category/>
</cp:coreProperties>
</file>