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6D843" w14:textId="77777777" w:rsidR="00D5758E" w:rsidRDefault="00D5758E" w:rsidP="00D5758E">
      <w:pPr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90"/>
        <w:gridCol w:w="3126"/>
        <w:gridCol w:w="3391"/>
      </w:tblGrid>
      <w:tr w:rsidR="00D5758E" w:rsidRPr="00A12D6F" w14:paraId="016BC03F" w14:textId="77777777" w:rsidTr="00250084">
        <w:tc>
          <w:tcPr>
            <w:tcW w:w="3114" w:type="dxa"/>
          </w:tcPr>
          <w:p w14:paraId="5B3377E7" w14:textId="77777777" w:rsidR="00D5758E" w:rsidRPr="0040209D" w:rsidRDefault="00D5758E" w:rsidP="00250084">
            <w:pPr>
              <w:autoSpaceDE w:val="0"/>
              <w:autoSpaceDN w:val="0"/>
              <w:spacing w:after="120"/>
              <w:rPr>
                <w:color w:val="000000"/>
                <w:lang w:val="ru-RU"/>
              </w:rPr>
            </w:pPr>
            <w:r w:rsidRPr="0040209D">
              <w:rPr>
                <w:color w:val="000000"/>
                <w:lang w:val="ru-RU"/>
              </w:rPr>
              <w:t>РАССМОТРЕН</w:t>
            </w:r>
            <w:r>
              <w:rPr>
                <w:color w:val="000000"/>
                <w:lang w:val="ru-RU"/>
              </w:rPr>
              <w:t>А на педагогическом совете директор МКОУ СОШ с. Чумикан</w:t>
            </w:r>
          </w:p>
          <w:p w14:paraId="608BB288" w14:textId="77777777" w:rsidR="00D5758E" w:rsidRDefault="00D5758E" w:rsidP="00250084">
            <w:pPr>
              <w:autoSpaceDE w:val="0"/>
              <w:autoSpaceDN w:val="0"/>
              <w:spacing w:after="12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6A4CEE89" w14:textId="77777777" w:rsidR="00D5758E" w:rsidRPr="008944ED" w:rsidRDefault="00D5758E" w:rsidP="00250084">
            <w:pPr>
              <w:autoSpaceDE w:val="0"/>
              <w:autoSpaceDN w:val="0"/>
              <w:jc w:val="right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Курбонов А.М.</w:t>
            </w:r>
          </w:p>
          <w:p w14:paraId="2467E386" w14:textId="77777777" w:rsidR="00D5758E" w:rsidRDefault="00D5758E" w:rsidP="00250084">
            <w:pPr>
              <w:autoSpaceDE w:val="0"/>
              <w:autoSpaceDN w:val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Протокол</w:t>
            </w:r>
            <w:r w:rsidRPr="00344265">
              <w:rPr>
                <w:color w:val="000000"/>
                <w:sz w:val="24"/>
                <w:szCs w:val="24"/>
                <w:lang w:val="ru-RU"/>
              </w:rPr>
              <w:t xml:space="preserve"> №1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от «27» август</w:t>
            </w:r>
            <w:r w:rsidRPr="006016F0">
              <w:rPr>
                <w:color w:val="000000"/>
                <w:sz w:val="24"/>
                <w:szCs w:val="24"/>
                <w:lang w:val="ru-RU"/>
              </w:rPr>
              <w:t xml:space="preserve">   </w:t>
            </w:r>
            <w:r>
              <w:rPr>
                <w:color w:val="000000"/>
                <w:sz w:val="24"/>
                <w:szCs w:val="24"/>
                <w:lang w:val="ru-RU"/>
              </w:rPr>
              <w:t>2026 г.</w:t>
            </w:r>
          </w:p>
          <w:p w14:paraId="409058C8" w14:textId="77777777" w:rsidR="00D5758E" w:rsidRPr="0040209D" w:rsidRDefault="00D5758E" w:rsidP="00250084">
            <w:pPr>
              <w:autoSpaceDE w:val="0"/>
              <w:autoSpaceDN w:val="0"/>
              <w:spacing w:after="120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7CAAC6F8" w14:textId="77777777" w:rsidR="00D5758E" w:rsidRPr="0040209D" w:rsidRDefault="00D5758E" w:rsidP="00250084">
            <w:pPr>
              <w:autoSpaceDE w:val="0"/>
              <w:autoSpaceDN w:val="0"/>
              <w:spacing w:after="120"/>
              <w:rPr>
                <w:color w:val="000000"/>
                <w:lang w:val="ru-RU"/>
              </w:rPr>
            </w:pPr>
            <w:r w:rsidRPr="0040209D">
              <w:rPr>
                <w:color w:val="000000"/>
                <w:lang w:val="ru-RU"/>
              </w:rPr>
              <w:t>СОГЛАСОВАН</w:t>
            </w:r>
            <w:r>
              <w:rPr>
                <w:color w:val="000000"/>
                <w:lang w:val="ru-RU"/>
              </w:rPr>
              <w:t>А</w:t>
            </w:r>
          </w:p>
          <w:p w14:paraId="3EA021E3" w14:textId="77777777" w:rsidR="00D5758E" w:rsidRPr="008944ED" w:rsidRDefault="00D5758E" w:rsidP="00250084">
            <w:pPr>
              <w:autoSpaceDE w:val="0"/>
              <w:autoSpaceDN w:val="0"/>
              <w:spacing w:after="12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Заместитель директора по УР</w:t>
            </w:r>
          </w:p>
          <w:p w14:paraId="2040DCCE" w14:textId="5B155C55" w:rsidR="00D5758E" w:rsidRDefault="00D5758E" w:rsidP="00250084">
            <w:pPr>
              <w:autoSpaceDE w:val="0"/>
              <w:autoSpaceDN w:val="0"/>
              <w:spacing w:after="12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______________________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</w:p>
          <w:p w14:paraId="73638E6B" w14:textId="77777777" w:rsidR="00D5758E" w:rsidRPr="008944ED" w:rsidRDefault="00D5758E" w:rsidP="00250084">
            <w:pPr>
              <w:autoSpaceDE w:val="0"/>
              <w:autoSpaceDN w:val="0"/>
              <w:jc w:val="right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Син Н.С.</w:t>
            </w:r>
          </w:p>
          <w:p w14:paraId="4D5B98EE" w14:textId="77777777" w:rsidR="00D5758E" w:rsidRDefault="00D5758E" w:rsidP="00250084">
            <w:pPr>
              <w:autoSpaceDE w:val="0"/>
              <w:autoSpaceDN w:val="0"/>
              <w:rPr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color w:val="000000"/>
                <w:sz w:val="24"/>
                <w:szCs w:val="24"/>
                <w:lang w:val="ru-RU"/>
              </w:rPr>
              <w:t>Приказ №1</w:t>
            </w:r>
            <w:r>
              <w:rPr>
                <w:color w:val="000000"/>
                <w:sz w:val="24"/>
                <w:szCs w:val="24"/>
                <w:lang w:val="ru-RU"/>
              </w:rPr>
              <w:t>3 от «20» августа 2026 г.</w:t>
            </w:r>
          </w:p>
          <w:p w14:paraId="4E06B841" w14:textId="77777777" w:rsidR="00D5758E" w:rsidRPr="0040209D" w:rsidRDefault="00D5758E" w:rsidP="00250084">
            <w:pPr>
              <w:autoSpaceDE w:val="0"/>
              <w:autoSpaceDN w:val="0"/>
              <w:spacing w:after="120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72D76EA0" w14:textId="77777777" w:rsidR="00D5758E" w:rsidRDefault="00D5758E" w:rsidP="00250084">
            <w:pPr>
              <w:autoSpaceDE w:val="0"/>
              <w:autoSpaceDN w:val="0"/>
              <w:spacing w:after="12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УТВЕРЖДЕНА</w:t>
            </w:r>
          </w:p>
          <w:p w14:paraId="4DBBE83C" w14:textId="77777777" w:rsidR="00D5758E" w:rsidRPr="0040209D" w:rsidRDefault="00D5758E" w:rsidP="00250084">
            <w:pPr>
              <w:autoSpaceDE w:val="0"/>
              <w:autoSpaceDN w:val="0"/>
              <w:spacing w:after="12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директор МКОУ СОШ с. Чумикан</w:t>
            </w:r>
          </w:p>
          <w:p w14:paraId="3CC9263B" w14:textId="77777777" w:rsidR="00D5758E" w:rsidRDefault="00D5758E" w:rsidP="00250084">
            <w:pPr>
              <w:autoSpaceDE w:val="0"/>
              <w:autoSpaceDN w:val="0"/>
              <w:spacing w:after="12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0BCC7682" w14:textId="77777777" w:rsidR="00D5758E" w:rsidRPr="008944ED" w:rsidRDefault="00D5758E" w:rsidP="00250084">
            <w:pPr>
              <w:autoSpaceDE w:val="0"/>
              <w:autoSpaceDN w:val="0"/>
              <w:jc w:val="right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Курбонов А.М.</w:t>
            </w:r>
          </w:p>
          <w:p w14:paraId="3DEB213C" w14:textId="77777777" w:rsidR="00D5758E" w:rsidRDefault="00D5758E" w:rsidP="00250084">
            <w:pPr>
              <w:autoSpaceDE w:val="0"/>
              <w:autoSpaceDN w:val="0"/>
              <w:rPr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color w:val="000000"/>
                <w:sz w:val="24"/>
                <w:szCs w:val="24"/>
                <w:lang w:val="ru-RU"/>
              </w:rPr>
              <w:t>Приказ №1</w:t>
            </w:r>
            <w:r>
              <w:rPr>
                <w:color w:val="000000"/>
                <w:sz w:val="24"/>
                <w:szCs w:val="24"/>
                <w:lang w:val="ru-RU"/>
              </w:rPr>
              <w:t>3 от «20» августа 2026 г.</w:t>
            </w:r>
          </w:p>
          <w:p w14:paraId="0066C3A2" w14:textId="77777777" w:rsidR="00D5758E" w:rsidRPr="0040209D" w:rsidRDefault="00D5758E" w:rsidP="00250084">
            <w:pPr>
              <w:autoSpaceDE w:val="0"/>
              <w:autoSpaceDN w:val="0"/>
              <w:spacing w:after="120"/>
              <w:rPr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0615F863" w14:textId="77777777" w:rsidR="00BE4396" w:rsidRPr="00D5758E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47720287" w14:textId="77777777" w:rsidR="00BE4396" w:rsidRPr="00D5758E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7BD7C596" w14:textId="77777777" w:rsidR="00BE4396" w:rsidRPr="00D5758E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1FC415D0" w14:textId="77777777" w:rsidR="00BE4396" w:rsidRPr="00D5758E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40858C07" w14:textId="77777777" w:rsidR="00BE4396" w:rsidRPr="00D5758E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5E59BC9C" w14:textId="77777777" w:rsidR="00BE4396" w:rsidRPr="00D5758E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33A5A53C" w14:textId="77777777" w:rsidR="00BE4396" w:rsidRPr="00D5758E" w:rsidRDefault="00D5758E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b/>
          <w:color w:val="1B365D"/>
          <w:sz w:val="24"/>
          <w:szCs w:val="24"/>
          <w:lang w:val="ru-RU"/>
        </w:rPr>
        <w:t>РАБОЧАЯ ПРОГРАММА</w:t>
      </w:r>
      <w:r w:rsidRPr="00D5758E">
        <w:rPr>
          <w:rFonts w:ascii="Times New Roman" w:hAnsi="Times New Roman" w:cs="Times New Roman"/>
          <w:b/>
          <w:color w:val="1B365D"/>
          <w:sz w:val="24"/>
          <w:szCs w:val="24"/>
          <w:lang w:val="ru-RU"/>
        </w:rPr>
        <w:br/>
        <w:t>деятельности группы продленного дня (ГПД)</w:t>
      </w:r>
      <w:r w:rsidRPr="00D5758E">
        <w:rPr>
          <w:rFonts w:ascii="Times New Roman" w:hAnsi="Times New Roman" w:cs="Times New Roman"/>
          <w:b/>
          <w:color w:val="1B365D"/>
          <w:sz w:val="24"/>
          <w:szCs w:val="24"/>
          <w:lang w:val="ru-RU"/>
        </w:rPr>
        <w:br/>
        <w:t xml:space="preserve">для </w:t>
      </w:r>
      <w:r w:rsidRPr="00D5758E">
        <w:rPr>
          <w:rFonts w:ascii="Times New Roman" w:hAnsi="Times New Roman" w:cs="Times New Roman"/>
          <w:b/>
          <w:color w:val="1B365D"/>
          <w:sz w:val="24"/>
          <w:szCs w:val="24"/>
          <w:lang w:val="ru-RU"/>
        </w:rPr>
        <w:t>учащихся 1–4 классов</w:t>
      </w:r>
    </w:p>
    <w:p w14:paraId="74C0AC3C" w14:textId="77777777" w:rsidR="00BE4396" w:rsidRPr="00D5758E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1CE46A50" w14:textId="77777777" w:rsidR="00BE4396" w:rsidRPr="00D5758E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01CF40C7" w14:textId="77777777" w:rsidR="00BE4396" w:rsidRPr="00D5758E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06F4D13D" w14:textId="77777777" w:rsidR="00BE4396" w:rsidRPr="00D5758E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790BB473" w14:textId="021D11DF" w:rsidR="00BE4396" w:rsidRPr="00D5758E" w:rsidRDefault="00D5758E" w:rsidP="00D5758E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sz w:val="24"/>
          <w:szCs w:val="24"/>
          <w:lang w:val="ru-RU"/>
        </w:rPr>
        <w:t xml:space="preserve">Составитель: </w:t>
      </w:r>
      <w:r w:rsidRPr="00D5758E">
        <w:rPr>
          <w:rFonts w:ascii="Times New Roman" w:hAnsi="Times New Roman" w:cs="Times New Roman"/>
          <w:sz w:val="24"/>
          <w:szCs w:val="24"/>
          <w:lang w:val="ru-RU"/>
        </w:rPr>
        <w:t>МКОУ СОШ с. Чумикан</w:t>
      </w:r>
      <w:r w:rsidRPr="00D5758E">
        <w:rPr>
          <w:rFonts w:ascii="Times New Roman" w:hAnsi="Times New Roman" w:cs="Times New Roman"/>
          <w:sz w:val="24"/>
          <w:szCs w:val="24"/>
          <w:lang w:val="ru-RU"/>
        </w:rPr>
        <w:br/>
        <w:t>Срок реализации: 1 учебный год</w:t>
      </w:r>
      <w:r w:rsidRPr="00D5758E">
        <w:rPr>
          <w:rFonts w:ascii="Times New Roman" w:hAnsi="Times New Roman" w:cs="Times New Roman"/>
          <w:sz w:val="24"/>
          <w:szCs w:val="24"/>
          <w:lang w:val="ru-RU"/>
        </w:rPr>
        <w:br/>
        <w:t>Соответствует ФГОС НОО и ФОП НОО</w:t>
      </w:r>
    </w:p>
    <w:p w14:paraId="5116A5D0" w14:textId="0BB4EFE7" w:rsidR="00BE4396" w:rsidRDefault="00BE4396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29481D9B" w14:textId="77777777" w:rsidR="00BE4396" w:rsidRPr="00D5758E" w:rsidRDefault="00D5758E" w:rsidP="00D5758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sz w:val="24"/>
          <w:szCs w:val="24"/>
          <w:lang w:val="ru-RU"/>
        </w:rPr>
        <w:t>с. Чумикан, 2026 г.</w:t>
      </w:r>
    </w:p>
    <w:p w14:paraId="4EA48552" w14:textId="77777777" w:rsidR="00BE4396" w:rsidRPr="00D5758E" w:rsidRDefault="00D5758E" w:rsidP="00D575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14:paraId="189B759B" w14:textId="77777777" w:rsidR="00BE4396" w:rsidRPr="00D5758E" w:rsidRDefault="00D5758E" w:rsidP="00D5758E">
      <w:pPr>
        <w:pStyle w:val="1"/>
        <w:spacing w:before="240" w:after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color w:val="1B365D"/>
          <w:sz w:val="24"/>
          <w:szCs w:val="24"/>
          <w:lang w:val="ru-RU"/>
        </w:rPr>
        <w:lastRenderedPageBreak/>
        <w:t>1. Пояснительная записка</w:t>
      </w:r>
    </w:p>
    <w:p w14:paraId="1EFB747B" w14:textId="77777777" w:rsidR="00BE4396" w:rsidRPr="00D5758E" w:rsidRDefault="00D5758E" w:rsidP="00D5758E">
      <w:pPr>
        <w:spacing w:after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sz w:val="24"/>
          <w:szCs w:val="24"/>
          <w:lang w:val="ru-RU"/>
        </w:rPr>
        <w:t>Рабочая программа деятельности группы продленного дня (ГПД</w:t>
      </w:r>
      <w:r w:rsidRPr="00D5758E">
        <w:rPr>
          <w:rFonts w:ascii="Times New Roman" w:hAnsi="Times New Roman" w:cs="Times New Roman"/>
          <w:sz w:val="24"/>
          <w:szCs w:val="24"/>
          <w:lang w:val="ru-RU"/>
        </w:rPr>
        <w:t>) для 1–4 классов Муниципального казенного общеобразовательного учреждения средняя общеобразовательная школа с. Чумикан разработана в соответствии с требованиями Федерального государственного образовательного стандарта начального общего образования (ФГОС Н</w:t>
      </w:r>
      <w:r w:rsidRPr="00D5758E">
        <w:rPr>
          <w:rFonts w:ascii="Times New Roman" w:hAnsi="Times New Roman" w:cs="Times New Roman"/>
          <w:sz w:val="24"/>
          <w:szCs w:val="24"/>
          <w:lang w:val="ru-RU"/>
        </w:rPr>
        <w:t>ОО), Федеральной образовательной программы начального общего образования (ФОП НОО), а также действующими санитарно-эпидемиологическими правилами и гигиеническими нормативами (СанПиН).</w:t>
      </w:r>
    </w:p>
    <w:p w14:paraId="2FB05CDD" w14:textId="77777777" w:rsidR="00BE4396" w:rsidRPr="00D5758E" w:rsidRDefault="00D5758E" w:rsidP="00D5758E">
      <w:pPr>
        <w:spacing w:after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sz w:val="24"/>
          <w:szCs w:val="24"/>
          <w:lang w:val="ru-RU"/>
        </w:rPr>
        <w:t xml:space="preserve">Программа направлена на создание оптимальных условий для </w:t>
      </w:r>
      <w:r w:rsidRPr="00D5758E">
        <w:rPr>
          <w:rFonts w:ascii="Times New Roman" w:hAnsi="Times New Roman" w:cs="Times New Roman"/>
          <w:sz w:val="24"/>
          <w:szCs w:val="24"/>
          <w:lang w:val="ru-RU"/>
        </w:rPr>
        <w:t>гармоничного развития личности младших школьников во внеурочное время, обеспечение их безопасности, сохранение здоровья, а также на органическую интеграцию курсов внеурочной деятельности и школьных развивающих кружков в единый воспитательно-образовательный</w:t>
      </w:r>
      <w:r w:rsidRPr="00D5758E">
        <w:rPr>
          <w:rFonts w:ascii="Times New Roman" w:hAnsi="Times New Roman" w:cs="Times New Roman"/>
          <w:sz w:val="24"/>
          <w:szCs w:val="24"/>
          <w:lang w:val="ru-RU"/>
        </w:rPr>
        <w:t xml:space="preserve"> процесс.</w:t>
      </w:r>
    </w:p>
    <w:p w14:paraId="1BE75D62" w14:textId="77777777" w:rsidR="00BE4396" w:rsidRPr="00D5758E" w:rsidRDefault="00D5758E" w:rsidP="00D5758E">
      <w:pPr>
        <w:pStyle w:val="21"/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  <w:r w:rsidRPr="00D5758E">
        <w:rPr>
          <w:rFonts w:ascii="Times New Roman" w:hAnsi="Times New Roman" w:cs="Times New Roman"/>
          <w:color w:val="5C768D"/>
          <w:sz w:val="24"/>
          <w:szCs w:val="24"/>
        </w:rPr>
        <w:t>Цели и задачи программы</w:t>
      </w:r>
    </w:p>
    <w:p w14:paraId="15F63CF0" w14:textId="77777777" w:rsidR="00BE4396" w:rsidRPr="00D5758E" w:rsidRDefault="00D5758E" w:rsidP="00D5758E">
      <w:pPr>
        <w:pStyle w:val="a0"/>
        <w:spacing w:after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sz w:val="24"/>
          <w:szCs w:val="24"/>
          <w:lang w:val="ru-RU"/>
        </w:rPr>
        <w:t>Организация комплексного присмотра, ухода и содержательного досуга учащихся 1–4 классов во внеурочное время.</w:t>
      </w:r>
    </w:p>
    <w:p w14:paraId="228C8FD7" w14:textId="77777777" w:rsidR="00BE4396" w:rsidRPr="00D5758E" w:rsidRDefault="00D5758E" w:rsidP="00D5758E">
      <w:pPr>
        <w:pStyle w:val="a0"/>
        <w:spacing w:after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sz w:val="24"/>
          <w:szCs w:val="24"/>
          <w:lang w:val="ru-RU"/>
        </w:rPr>
        <w:t>Создание благоприятных условий для успешного выполнения домашних заданий, формирования навыков самоподготовки и с</w:t>
      </w:r>
      <w:r w:rsidRPr="00D5758E">
        <w:rPr>
          <w:rFonts w:ascii="Times New Roman" w:hAnsi="Times New Roman" w:cs="Times New Roman"/>
          <w:sz w:val="24"/>
          <w:szCs w:val="24"/>
          <w:lang w:val="ru-RU"/>
        </w:rPr>
        <w:t>амоорганизации.</w:t>
      </w:r>
    </w:p>
    <w:p w14:paraId="0576FDFB" w14:textId="77777777" w:rsidR="00BE4396" w:rsidRPr="00D5758E" w:rsidRDefault="00D5758E" w:rsidP="00D5758E">
      <w:pPr>
        <w:pStyle w:val="a0"/>
        <w:spacing w:after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sz w:val="24"/>
          <w:szCs w:val="24"/>
          <w:lang w:val="ru-RU"/>
        </w:rPr>
        <w:t>Развитие творческих, интеллектуальных, физических способностей детей через интеграцию кружковой и внеурочной деятельности.</w:t>
      </w:r>
    </w:p>
    <w:p w14:paraId="40FA359D" w14:textId="77777777" w:rsidR="00BE4396" w:rsidRPr="00D5758E" w:rsidRDefault="00D5758E" w:rsidP="00D5758E">
      <w:pPr>
        <w:pStyle w:val="a0"/>
        <w:spacing w:after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sz w:val="24"/>
          <w:szCs w:val="24"/>
          <w:lang w:val="ru-RU"/>
        </w:rPr>
        <w:t>Обеспечение психологического комфорта, социализации в разновозрастном коллективе, формирование навыков здорового обра</w:t>
      </w:r>
      <w:r w:rsidRPr="00D5758E">
        <w:rPr>
          <w:rFonts w:ascii="Times New Roman" w:hAnsi="Times New Roman" w:cs="Times New Roman"/>
          <w:sz w:val="24"/>
          <w:szCs w:val="24"/>
          <w:lang w:val="ru-RU"/>
        </w:rPr>
        <w:t>за жизни.</w:t>
      </w:r>
    </w:p>
    <w:p w14:paraId="59E7A10C" w14:textId="77777777" w:rsidR="00BE4396" w:rsidRPr="00D5758E" w:rsidRDefault="00D5758E" w:rsidP="00D5758E">
      <w:pPr>
        <w:pStyle w:val="1"/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  <w:r w:rsidRPr="00D5758E">
        <w:rPr>
          <w:rFonts w:ascii="Times New Roman" w:hAnsi="Times New Roman" w:cs="Times New Roman"/>
          <w:color w:val="1B365D"/>
          <w:sz w:val="24"/>
          <w:szCs w:val="24"/>
        </w:rPr>
        <w:t>2. Режим дня ГПД для 1-4 классов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30"/>
        <w:gridCol w:w="3230"/>
        <w:gridCol w:w="3230"/>
      </w:tblGrid>
      <w:tr w:rsidR="00BE4396" w:rsidRPr="00D5758E" w14:paraId="1BA75584" w14:textId="77777777">
        <w:trPr>
          <w:jc w:val="center"/>
        </w:trPr>
        <w:tc>
          <w:tcPr>
            <w:tcW w:w="3230" w:type="dxa"/>
            <w:shd w:val="clear" w:color="auto" w:fill="1B365D"/>
            <w:tcMar>
              <w:top w:w="140" w:type="dxa"/>
              <w:left w:w="150" w:type="dxa"/>
              <w:bottom w:w="140" w:type="dxa"/>
              <w:right w:w="150" w:type="dxa"/>
            </w:tcMar>
          </w:tcPr>
          <w:p w14:paraId="261A4179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Время</w:t>
            </w:r>
          </w:p>
        </w:tc>
        <w:tc>
          <w:tcPr>
            <w:tcW w:w="3230" w:type="dxa"/>
            <w:shd w:val="clear" w:color="auto" w:fill="1B365D"/>
            <w:tcMar>
              <w:top w:w="140" w:type="dxa"/>
              <w:left w:w="150" w:type="dxa"/>
              <w:bottom w:w="140" w:type="dxa"/>
              <w:right w:w="150" w:type="dxa"/>
            </w:tcMar>
          </w:tcPr>
          <w:p w14:paraId="584E78F3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Режимный элемент</w:t>
            </w:r>
          </w:p>
        </w:tc>
        <w:tc>
          <w:tcPr>
            <w:tcW w:w="3230" w:type="dxa"/>
            <w:shd w:val="clear" w:color="auto" w:fill="1B365D"/>
            <w:tcMar>
              <w:top w:w="140" w:type="dxa"/>
              <w:left w:w="150" w:type="dxa"/>
              <w:bottom w:w="140" w:type="dxa"/>
              <w:right w:w="150" w:type="dxa"/>
            </w:tcMar>
          </w:tcPr>
          <w:p w14:paraId="5582F2BE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b/>
                <w:color w:val="FFFFFF"/>
                <w:sz w:val="24"/>
                <w:szCs w:val="24"/>
                <w:lang w:val="ru-RU"/>
              </w:rPr>
              <w:t>Содержание деятельности и интеграция курсов</w:t>
            </w:r>
          </w:p>
        </w:tc>
      </w:tr>
      <w:tr w:rsidR="00BE4396" w:rsidRPr="00D5758E" w14:paraId="44347257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D887168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12:30 – 13:00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673956B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Встреча детей, сбор группы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B3826C7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Прием учащихся от учителей начальных классов, гигиенические процедуры, подготовка к обеду.</w:t>
            </w:r>
          </w:p>
        </w:tc>
      </w:tr>
      <w:tr w:rsidR="00BE4396" w:rsidRPr="00D5758E" w14:paraId="40383415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B13497A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13:00 – </w:t>
            </w: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13:30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DF686F1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Горячий обед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5A3992E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Организованное посещение школьной столовой, воспитание культуры поведения за столом.</w:t>
            </w:r>
          </w:p>
        </w:tc>
      </w:tr>
      <w:tr w:rsidR="00BE4396" w:rsidRPr="00D5758E" w14:paraId="482CE8D5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732D036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13:30 – 14:30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6A8582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Прогулка, активный отдых 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на воздухе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8907032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Подвижные игры, 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спортивные элементы (Волейбол), курсы «Прикладно-ориентированная физическая культура»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«Самбо». </w:t>
            </w: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Естественнонаучные наблюдения в рамках курса «О природе и погоде».</w:t>
            </w:r>
          </w:p>
        </w:tc>
      </w:tr>
      <w:tr w:rsidR="00BE4396" w:rsidRPr="00D5758E" w14:paraId="7E9524E1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DED15D5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14:30 – 15:30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B6B8026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Самоподготовка / Творческий час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61FD758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2–4 классы: Выполнение домашних заданий, консультирование, работа по курсу «Функциональная грамотность».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1 классы: Занятия в «Акад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емии творчества» (рисование, лепка, вышивание), курс «Моя художественная практика».</w:t>
            </w:r>
          </w:p>
        </w:tc>
      </w:tr>
      <w:tr w:rsidR="00BE4396" w:rsidRPr="00D5758E" w14:paraId="582DE5F4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AB4CABE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15:30 – 16:30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4D2B05E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Клубный час / Внеурочная деятельность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1C4DBB7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Занятия по утвержденному школьному графику внеурочной деятельности и кружков («Разговоры о важном», «Орлята России», «М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ир шахмат», «Школьный театр», «Яркие страницы истории нашего Отечества», «Физика и конструирование», «Экологический дозор»).</w:t>
            </w:r>
          </w:p>
        </w:tc>
      </w:tr>
      <w:tr w:rsidR="00BE4396" w:rsidRPr="00D5758E" w14:paraId="5151186E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3DB9FBF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16:30 – 17:00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B8C67FC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Свободная деятельность, уход домой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47E034A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Настольные и развивающие игры, чтение художественной литературы, рефлексия дня, в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заимодействие с родителями, организованный уход детей.</w:t>
            </w:r>
          </w:p>
        </w:tc>
      </w:tr>
    </w:tbl>
    <w:p w14:paraId="2F23190A" w14:textId="77777777" w:rsidR="00BE4396" w:rsidRPr="00D5758E" w:rsidRDefault="00BE4396" w:rsidP="00D5758E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0846FBE" w14:textId="77777777" w:rsidR="00BE4396" w:rsidRPr="00D5758E" w:rsidRDefault="00D5758E" w:rsidP="00D5758E">
      <w:pPr>
        <w:pStyle w:val="1"/>
        <w:spacing w:before="240" w:after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758E">
        <w:rPr>
          <w:rFonts w:ascii="Times New Roman" w:hAnsi="Times New Roman" w:cs="Times New Roman"/>
          <w:color w:val="1B365D"/>
          <w:sz w:val="24"/>
          <w:szCs w:val="24"/>
          <w:lang w:val="ru-RU"/>
        </w:rPr>
        <w:t>3. Интеграция курсов внеурочной деятельности и кружков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30"/>
        <w:gridCol w:w="3230"/>
        <w:gridCol w:w="3230"/>
      </w:tblGrid>
      <w:tr w:rsidR="00BE4396" w:rsidRPr="00D5758E" w14:paraId="0779E5A6" w14:textId="77777777">
        <w:trPr>
          <w:jc w:val="center"/>
        </w:trPr>
        <w:tc>
          <w:tcPr>
            <w:tcW w:w="3230" w:type="dxa"/>
            <w:shd w:val="clear" w:color="auto" w:fill="5C768D"/>
            <w:tcMar>
              <w:top w:w="140" w:type="dxa"/>
              <w:left w:w="150" w:type="dxa"/>
              <w:bottom w:w="140" w:type="dxa"/>
              <w:right w:w="150" w:type="dxa"/>
            </w:tcMar>
          </w:tcPr>
          <w:p w14:paraId="23BFC76F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Название курса / Кружка</w:t>
            </w:r>
          </w:p>
        </w:tc>
        <w:tc>
          <w:tcPr>
            <w:tcW w:w="3230" w:type="dxa"/>
            <w:shd w:val="clear" w:color="auto" w:fill="5C768D"/>
            <w:tcMar>
              <w:top w:w="140" w:type="dxa"/>
              <w:left w:w="150" w:type="dxa"/>
              <w:bottom w:w="140" w:type="dxa"/>
              <w:right w:w="150" w:type="dxa"/>
            </w:tcMar>
          </w:tcPr>
          <w:p w14:paraId="0F52A719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Педагог</w:t>
            </w:r>
          </w:p>
        </w:tc>
        <w:tc>
          <w:tcPr>
            <w:tcW w:w="3230" w:type="dxa"/>
            <w:shd w:val="clear" w:color="auto" w:fill="5C768D"/>
            <w:tcMar>
              <w:top w:w="140" w:type="dxa"/>
              <w:left w:w="150" w:type="dxa"/>
              <w:bottom w:w="140" w:type="dxa"/>
              <w:right w:w="150" w:type="dxa"/>
            </w:tcMar>
          </w:tcPr>
          <w:p w14:paraId="70E11F47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b/>
                <w:color w:val="FFFFFF"/>
                <w:sz w:val="24"/>
                <w:szCs w:val="24"/>
                <w:lang w:val="ru-RU"/>
              </w:rPr>
              <w:t>Направление и задачи интеграции в ГПД</w:t>
            </w:r>
          </w:p>
        </w:tc>
      </w:tr>
      <w:tr w:rsidR="00BE4396" w:rsidRPr="00D5758E" w14:paraId="1A27A972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A6BD8B6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Разговоры о важном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6659BED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31BBCD2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Духовно-нравственное развитие, обсуждение ключевых ценностей, патриотическое воспитание.</w:t>
            </w:r>
          </w:p>
        </w:tc>
      </w:tr>
      <w:tr w:rsidR="00BE4396" w:rsidRPr="00D5758E" w14:paraId="40CAB75C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E9C3621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Орлята России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9D58746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FB368DD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социальной активности, командного взаимодействия и лидерских качеств.</w:t>
            </w:r>
          </w:p>
        </w:tc>
      </w:tr>
      <w:tr w:rsidR="00BE4396" w:rsidRPr="00D5758E" w14:paraId="25A59ABA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BE90C6E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Мир шахмат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68EA0CA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Артемчук С.А.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8BB5480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Развитие 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логического и стратегического мышления, концентрации внимания.</w:t>
            </w:r>
          </w:p>
        </w:tc>
      </w:tr>
      <w:tr w:rsidR="00BE4396" w:rsidRPr="00D5758E" w14:paraId="4EF46992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D2D9E72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Школьный театр / Магия сцены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A246331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0FE183C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речи, актерского мастерства, уверенности в себе, творческого самовыражения.</w:t>
            </w:r>
          </w:p>
        </w:tc>
      </w:tr>
      <w:tr w:rsidR="00BE4396" w:rsidRPr="00D5758E" w14:paraId="627CC852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182F396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Моя художественная практика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7C78A65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D153AC7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Изобраз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ительное искусство, декоративно-прикладное творчество, включая изучение родного языка.</w:t>
            </w:r>
          </w:p>
        </w:tc>
      </w:tr>
      <w:tr w:rsidR="00BE4396" w:rsidRPr="00D5758E" w14:paraId="46A9F0D7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81DDE82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Функциональная грамотность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CEE1092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3FE87BB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Применение знаний в жизненных ситуациях, включая финансовую грамотность.</w:t>
            </w:r>
          </w:p>
        </w:tc>
      </w:tr>
      <w:tr w:rsidR="00BE4396" w:rsidRPr="00D5758E" w14:paraId="1326D4BD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0895521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Мой друг – иностранный язык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F93917B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Куулар Ч.-Ш.А.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B40E1E4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овое изучение языковых основ, расширение общего кругозора.</w:t>
            </w:r>
          </w:p>
        </w:tc>
      </w:tr>
      <w:tr w:rsidR="00BE4396" w:rsidRPr="00D5758E" w14:paraId="43042B9D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3BC1DD7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Прикладно-ориентированная физ-ра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2D1B05F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Поротова T.B.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1682299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общей физической подготовки, координации, спортивных навыков.</w:t>
            </w:r>
          </w:p>
        </w:tc>
      </w:tr>
      <w:tr w:rsidR="00BE4396" w:rsidRPr="00D5758E" w14:paraId="0C64C642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209EC65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Яркие страницы истории Отечества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1BEA7AC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A33482E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Краеведческая и историко-патриотическая деятельность в связке со Школьным музеем.</w:t>
            </w:r>
          </w:p>
        </w:tc>
      </w:tr>
      <w:tr w:rsidR="00BE4396" w:rsidRPr="00D5758E" w14:paraId="7ECCAAC5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11698A3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Самбо / Волейбол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AEA63B5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Вакансия / Воспитатель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CFFDCF5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Физкультурно-оздоровительное направление, основы единоборств и командных игр.</w:t>
            </w:r>
          </w:p>
        </w:tc>
      </w:tr>
      <w:tr w:rsidR="00BE4396" w:rsidRPr="00D5758E" w14:paraId="7FEB421F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CC04CDE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Физика и конструирование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8519985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Воспитатель ГПД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D7B57FB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Техническое т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ворчество, моделирование, развитие технического мышления от теории к практике.</w:t>
            </w:r>
          </w:p>
        </w:tc>
      </w:tr>
      <w:tr w:rsidR="00BE4396" w:rsidRPr="00D5758E" w14:paraId="08302489" w14:textId="77777777">
        <w:trPr>
          <w:jc w:val="center"/>
        </w:trPr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F54AEE5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 природе и погоде / Экодозор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EC68F55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Воспитатель ГПД</w:t>
            </w:r>
          </w:p>
        </w:tc>
        <w:tc>
          <w:tcPr>
            <w:tcW w:w="323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275B1BB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Экологическое просвещение, бережное отношение к природе Охотского побережья, наблюдения за погодой.</w:t>
            </w:r>
          </w:p>
        </w:tc>
      </w:tr>
    </w:tbl>
    <w:p w14:paraId="39F647D4" w14:textId="77777777" w:rsidR="00BE4396" w:rsidRPr="00D5758E" w:rsidRDefault="00BE4396" w:rsidP="00D5758E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82E625D" w14:textId="77777777" w:rsidR="00BE4396" w:rsidRPr="00D5758E" w:rsidRDefault="00D5758E" w:rsidP="00D5758E">
      <w:pPr>
        <w:pStyle w:val="1"/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  <w:r w:rsidRPr="00D5758E">
        <w:rPr>
          <w:rFonts w:ascii="Times New Roman" w:hAnsi="Times New Roman" w:cs="Times New Roman"/>
          <w:color w:val="1B365D"/>
          <w:sz w:val="24"/>
          <w:szCs w:val="24"/>
        </w:rPr>
        <w:t>4. Примерное календарно-тема</w:t>
      </w:r>
      <w:r w:rsidRPr="00D5758E">
        <w:rPr>
          <w:rFonts w:ascii="Times New Roman" w:hAnsi="Times New Roman" w:cs="Times New Roman"/>
          <w:color w:val="1B365D"/>
          <w:sz w:val="24"/>
          <w:szCs w:val="24"/>
        </w:rPr>
        <w:t>тическое планирование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45"/>
        <w:gridCol w:w="4845"/>
      </w:tblGrid>
      <w:tr w:rsidR="00BE4396" w:rsidRPr="00D5758E" w14:paraId="6B7A1099" w14:textId="77777777">
        <w:trPr>
          <w:jc w:val="center"/>
        </w:trPr>
        <w:tc>
          <w:tcPr>
            <w:tcW w:w="4845" w:type="dxa"/>
            <w:shd w:val="clear" w:color="auto" w:fill="1B365D"/>
            <w:tcMar>
              <w:top w:w="140" w:type="dxa"/>
              <w:left w:w="150" w:type="dxa"/>
              <w:bottom w:w="140" w:type="dxa"/>
              <w:right w:w="150" w:type="dxa"/>
            </w:tcMar>
          </w:tcPr>
          <w:p w14:paraId="66805529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Месяц</w:t>
            </w:r>
          </w:p>
        </w:tc>
        <w:tc>
          <w:tcPr>
            <w:tcW w:w="4845" w:type="dxa"/>
            <w:shd w:val="clear" w:color="auto" w:fill="1B365D"/>
            <w:tcMar>
              <w:top w:w="140" w:type="dxa"/>
              <w:left w:w="150" w:type="dxa"/>
              <w:bottom w:w="140" w:type="dxa"/>
              <w:right w:w="150" w:type="dxa"/>
            </w:tcMar>
          </w:tcPr>
          <w:p w14:paraId="644FFBC1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b/>
                <w:color w:val="FFFFFF"/>
                <w:sz w:val="24"/>
                <w:szCs w:val="24"/>
                <w:lang w:val="ru-RU"/>
              </w:rPr>
              <w:t>Основные воспитательные мероприятия и ключевые темы занятий</w:t>
            </w:r>
          </w:p>
        </w:tc>
      </w:tr>
      <w:tr w:rsidR="00BE4396" w:rsidRPr="00D5758E" w14:paraId="4D0C1F0F" w14:textId="77777777">
        <w:trPr>
          <w:jc w:val="center"/>
        </w:trPr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4DBB697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BF8A62F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Вводный инструктаж по технике безопасности. Адаптационный период. Коллективные игры на знакомство. Занятия курса «Орлята России» (трек 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«Орлёнок-Лидер»). Наблюдения за осенними изменениями природы Чумикана («О природе и погоде»). </w:t>
            </w: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 xml:space="preserve">Сбор природных </w:t>
            </w:r>
            <w:r w:rsidRPr="00D575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материалов для «Академии творчества».</w:t>
            </w:r>
          </w:p>
        </w:tc>
      </w:tr>
      <w:tr w:rsidR="00BE4396" w:rsidRPr="00D5758E" w14:paraId="6410046F" w14:textId="77777777">
        <w:trPr>
          <w:jc w:val="center"/>
        </w:trPr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5104EF3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DB1AB93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Беседы по правилам дорожного движения и поведения по пути в ГПД. Занятия в Школьном музее: изучение 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истории основания села Чумикан. Шахматные турниры («Мир шахмат»). Оформление выставки «Золотая осень» в рамках «Моей художественной практики». Театрализованные этюды («Школьный театр»).</w:t>
            </w:r>
          </w:p>
        </w:tc>
      </w:tr>
      <w:tr w:rsidR="00BE4396" w:rsidRPr="00D5758E" w14:paraId="1E79382B" w14:textId="77777777">
        <w:trPr>
          <w:jc w:val="center"/>
        </w:trPr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58714F4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A3BAD6E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Безопасность на водных объектах в осенне-зимний период, правил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 поведения на тонком льду Охотского моря. Занятия ко Дню народного единства («Разговоры о важном»). Физические эстафеты в рамках курса «Самбо» и секции «Волейбол». </w:t>
            </w: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Конструирование простейших моделей («Физика и конструирование»).</w:t>
            </w:r>
          </w:p>
        </w:tc>
      </w:tr>
      <w:tr w:rsidR="00BE4396" w:rsidRPr="00D5758E" w14:paraId="665576F3" w14:textId="77777777">
        <w:trPr>
          <w:jc w:val="center"/>
        </w:trPr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B6C8FFB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EDC5929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Зимняя безопаснос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ть: обморожения, правила поведения во время метелей. Проект «Мастерская Деда Мороза» в «Академии творчества». Интерактивные игры по финансовой грамотности. Подготовка новогодней мини-постановки («Школьный театр»). Экологическая акция «Покормите птиц зимой»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(«Экологический дозор»).</w:t>
            </w:r>
          </w:p>
        </w:tc>
      </w:tr>
      <w:tr w:rsidR="00BE4396" w:rsidRPr="00D5758E" w14:paraId="4F986776" w14:textId="77777777">
        <w:trPr>
          <w:jc w:val="center"/>
        </w:trPr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7C12842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8325FF7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Зимние забавы на свежем воздухе, закаливание («Прикладно-ориентированная физкультура»). Рождественские посиделки и изучение народных традиций. Интеллектуальные игры на развитие логики и функциональной 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грамотности. </w:t>
            </w: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Викторины по истории России («Яркие страницы истории нашего Отечества»).</w:t>
            </w:r>
          </w:p>
        </w:tc>
      </w:tr>
      <w:tr w:rsidR="00BE4396" w:rsidRPr="00D5758E" w14:paraId="0F5C011C" w14:textId="77777777">
        <w:trPr>
          <w:jc w:val="center"/>
        </w:trPr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4C606D1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C003772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Военно-патриотический месячник. Мероприятия по курсу «Строевая подготовка и дисциплина». Беседы ко Дню защитника Отечества. Проведение дружеских соревнований по 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волейболу и самбо. </w:t>
            </w: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Конструирование моделей военной техники. Конкурс чтецов в Школьном театре.</w:t>
            </w:r>
          </w:p>
        </w:tc>
      </w:tr>
      <w:tr w:rsidR="00BE4396" w:rsidRPr="00D5758E" w14:paraId="7F7A24B6" w14:textId="77777777">
        <w:trPr>
          <w:jc w:val="center"/>
        </w:trPr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7A349D7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E549F90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Весенняя безопасность: сход снега с крыш, тонкий лед. Праздничные программы к Международному женскому дню 8 марта («Моя художественная практика» – создание 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подарков для мам). Клубные часы по изучению культурного наследия и родного языка. Шахматный марафон.</w:t>
            </w:r>
          </w:p>
        </w:tc>
      </w:tr>
      <w:tr w:rsidR="00BE4396" w:rsidRPr="00D5758E" w14:paraId="7D9FA7B3" w14:textId="77777777">
        <w:trPr>
          <w:jc w:val="center"/>
        </w:trPr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BDF4C50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07F45A6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Космический лекторий ко Дню космонавтики. Экологический субботник на пришкольной территории («Экологический дозор»). Наблюдения за ледоходом и весе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нним пробуждением природы. Опытно-экспериментальная деятельность в рамках кружка «Физика и конструирование».</w:t>
            </w:r>
          </w:p>
        </w:tc>
      </w:tr>
      <w:tr w:rsidR="00BE4396" w:rsidRPr="00D5758E" w14:paraId="3482CB5C" w14:textId="77777777">
        <w:trPr>
          <w:jc w:val="center"/>
        </w:trPr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0F17948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4845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AC6B7B6" w14:textId="77777777" w:rsidR="00BE4396" w:rsidRPr="00D5758E" w:rsidRDefault="00D5758E" w:rsidP="00D575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Патриотические акции ко Дню Победы («Яркие страницы истории нашего Отечества»). Итоговые выставки работ учащихся «Академии творчества». Подвед</w:t>
            </w:r>
            <w:r w:rsidRPr="00D575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ение итогов работы ГПД, рефлексия, награждение активных участников. </w:t>
            </w:r>
            <w:r w:rsidRPr="00D5758E">
              <w:rPr>
                <w:rFonts w:ascii="Times New Roman" w:hAnsi="Times New Roman" w:cs="Times New Roman"/>
                <w:sz w:val="24"/>
                <w:szCs w:val="24"/>
              </w:rPr>
              <w:t>Летний инструктаж по безопасности (поведение в лесу, на воде).</w:t>
            </w:r>
          </w:p>
        </w:tc>
      </w:tr>
    </w:tbl>
    <w:p w14:paraId="18C06735" w14:textId="6E8BEA46" w:rsidR="00000000" w:rsidRDefault="00D5758E" w:rsidP="00D575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A782DC" w14:textId="1D53D61D" w:rsidR="00D5758E" w:rsidRDefault="00D5758E" w:rsidP="00D575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49E61C" w14:textId="120D9645" w:rsidR="00D5758E" w:rsidRDefault="00D5758E" w:rsidP="00D575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4A7D3B" w14:textId="7AB301B1" w:rsidR="00D5758E" w:rsidRDefault="00D5758E" w:rsidP="00D575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DC2FDA" w14:textId="77777777" w:rsidR="00D5758E" w:rsidRPr="00D5758E" w:rsidRDefault="00D5758E" w:rsidP="00D5758E">
      <w:pPr>
        <w:jc w:val="center"/>
        <w:rPr>
          <w:lang w:val="ru-RU"/>
        </w:rPr>
      </w:pPr>
      <w:r w:rsidRPr="00D5758E">
        <w:rPr>
          <w:b/>
          <w:lang w:val="ru-RU"/>
        </w:rPr>
        <w:lastRenderedPageBreak/>
        <w:t>Муниципальное казенное общеобразовательное учреждение</w:t>
      </w:r>
      <w:r w:rsidRPr="00D5758E">
        <w:rPr>
          <w:b/>
          <w:lang w:val="ru-RU"/>
        </w:rPr>
        <w:br/>
        <w:t>средняя общеобразовательная школа с. Чумикан</w:t>
      </w:r>
      <w:r w:rsidRPr="00D5758E">
        <w:rPr>
          <w:b/>
          <w:lang w:val="ru-RU"/>
        </w:rPr>
        <w:br/>
        <w:t>(МКОУ СОШ с. Чумикан)</w:t>
      </w:r>
    </w:p>
    <w:p w14:paraId="5E246C33" w14:textId="77777777" w:rsidR="00D5758E" w:rsidRPr="00D5758E" w:rsidRDefault="00D5758E" w:rsidP="00D5758E">
      <w:pPr>
        <w:spacing w:before="240" w:after="240"/>
        <w:jc w:val="center"/>
        <w:rPr>
          <w:lang w:val="ru-RU"/>
        </w:rPr>
      </w:pPr>
      <w:r w:rsidRPr="00D5758E">
        <w:rPr>
          <w:b/>
          <w:sz w:val="26"/>
          <w:lang w:val="ru-RU"/>
        </w:rPr>
        <w:t>ЖУРНАЛ УЧЕТА ПОСЕЩАЕМОСТИ КРУЖКОВ И ВНЕУРОЧНОЙ ДЕЯТЕЛЬНОСТИ В ГПД</w:t>
      </w:r>
    </w:p>
    <w:p w14:paraId="3657CE99" w14:textId="77777777" w:rsidR="00D5758E" w:rsidRPr="00D5758E" w:rsidRDefault="00D5758E" w:rsidP="00D5758E">
      <w:pPr>
        <w:spacing w:line="312" w:lineRule="auto"/>
        <w:rPr>
          <w:lang w:val="ru-RU"/>
        </w:rPr>
      </w:pPr>
      <w:r w:rsidRPr="00D5758E">
        <w:rPr>
          <w:lang w:val="ru-RU"/>
        </w:rPr>
        <w:t>Название курса / кружка: ____________________________________________________</w:t>
      </w:r>
      <w:r w:rsidRPr="00D5758E">
        <w:rPr>
          <w:lang w:val="ru-RU"/>
        </w:rPr>
        <w:br/>
        <w:t>ФИО руководителя / педагога: _______________________________________________</w:t>
      </w:r>
      <w:r w:rsidRPr="00D5758E">
        <w:rPr>
          <w:lang w:val="ru-RU"/>
        </w:rPr>
        <w:br/>
        <w:t>Период (месяц): _______________________  Группа ГПД: __1-4 классы__  Год: 2026/2027</w:t>
      </w:r>
      <w:r w:rsidRPr="00D5758E">
        <w:rPr>
          <w:lang w:val="ru-RU"/>
        </w:rPr>
        <w:br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8"/>
        <w:gridCol w:w="2190"/>
        <w:gridCol w:w="741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417"/>
        <w:gridCol w:w="417"/>
        <w:gridCol w:w="417"/>
        <w:gridCol w:w="417"/>
        <w:gridCol w:w="417"/>
        <w:gridCol w:w="417"/>
        <w:gridCol w:w="845"/>
      </w:tblGrid>
      <w:tr w:rsidR="00D5758E" w14:paraId="6FCE381E" w14:textId="77777777" w:rsidTr="00250084">
        <w:trPr>
          <w:jc w:val="center"/>
        </w:trPr>
        <w:tc>
          <w:tcPr>
            <w:tcW w:w="576" w:type="dxa"/>
            <w:shd w:val="clear" w:color="auto" w:fill="1F497D"/>
          </w:tcPr>
          <w:p w14:paraId="619D96E7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№</w:t>
            </w:r>
          </w:p>
        </w:tc>
        <w:tc>
          <w:tcPr>
            <w:tcW w:w="3312" w:type="dxa"/>
            <w:shd w:val="clear" w:color="auto" w:fill="1F497D"/>
          </w:tcPr>
          <w:p w14:paraId="75B2F528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ФИО обучающегося</w:t>
            </w:r>
          </w:p>
        </w:tc>
        <w:tc>
          <w:tcPr>
            <w:tcW w:w="720" w:type="dxa"/>
            <w:shd w:val="clear" w:color="auto" w:fill="1F497D"/>
          </w:tcPr>
          <w:p w14:paraId="6D73E62E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Класс</w:t>
            </w:r>
          </w:p>
        </w:tc>
        <w:tc>
          <w:tcPr>
            <w:tcW w:w="403" w:type="dxa"/>
            <w:shd w:val="clear" w:color="auto" w:fill="1F497D"/>
          </w:tcPr>
          <w:p w14:paraId="12526D39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1</w:t>
            </w:r>
          </w:p>
        </w:tc>
        <w:tc>
          <w:tcPr>
            <w:tcW w:w="403" w:type="dxa"/>
            <w:shd w:val="clear" w:color="auto" w:fill="1F497D"/>
          </w:tcPr>
          <w:p w14:paraId="7F34D694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2</w:t>
            </w:r>
          </w:p>
        </w:tc>
        <w:tc>
          <w:tcPr>
            <w:tcW w:w="403" w:type="dxa"/>
            <w:shd w:val="clear" w:color="auto" w:fill="1F497D"/>
          </w:tcPr>
          <w:p w14:paraId="2918F8C8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3</w:t>
            </w:r>
          </w:p>
        </w:tc>
        <w:tc>
          <w:tcPr>
            <w:tcW w:w="403" w:type="dxa"/>
            <w:shd w:val="clear" w:color="auto" w:fill="1F497D"/>
          </w:tcPr>
          <w:p w14:paraId="3E0CE4CD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4</w:t>
            </w:r>
          </w:p>
        </w:tc>
        <w:tc>
          <w:tcPr>
            <w:tcW w:w="403" w:type="dxa"/>
            <w:shd w:val="clear" w:color="auto" w:fill="1F497D"/>
          </w:tcPr>
          <w:p w14:paraId="0FB265A4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5</w:t>
            </w:r>
          </w:p>
        </w:tc>
        <w:tc>
          <w:tcPr>
            <w:tcW w:w="403" w:type="dxa"/>
            <w:shd w:val="clear" w:color="auto" w:fill="1F497D"/>
          </w:tcPr>
          <w:p w14:paraId="49F1FDE6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6</w:t>
            </w:r>
          </w:p>
        </w:tc>
        <w:tc>
          <w:tcPr>
            <w:tcW w:w="403" w:type="dxa"/>
            <w:shd w:val="clear" w:color="auto" w:fill="1F497D"/>
          </w:tcPr>
          <w:p w14:paraId="63A638AB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7</w:t>
            </w:r>
          </w:p>
        </w:tc>
        <w:tc>
          <w:tcPr>
            <w:tcW w:w="403" w:type="dxa"/>
            <w:shd w:val="clear" w:color="auto" w:fill="1F497D"/>
          </w:tcPr>
          <w:p w14:paraId="7AD8E956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8</w:t>
            </w:r>
          </w:p>
        </w:tc>
        <w:tc>
          <w:tcPr>
            <w:tcW w:w="403" w:type="dxa"/>
            <w:shd w:val="clear" w:color="auto" w:fill="1F497D"/>
          </w:tcPr>
          <w:p w14:paraId="6E7C73B0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9</w:t>
            </w:r>
          </w:p>
        </w:tc>
        <w:tc>
          <w:tcPr>
            <w:tcW w:w="403" w:type="dxa"/>
            <w:shd w:val="clear" w:color="auto" w:fill="1F497D"/>
          </w:tcPr>
          <w:p w14:paraId="376F130F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10</w:t>
            </w:r>
          </w:p>
        </w:tc>
        <w:tc>
          <w:tcPr>
            <w:tcW w:w="403" w:type="dxa"/>
            <w:shd w:val="clear" w:color="auto" w:fill="1F497D"/>
          </w:tcPr>
          <w:p w14:paraId="3B3B047C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11</w:t>
            </w:r>
          </w:p>
        </w:tc>
        <w:tc>
          <w:tcPr>
            <w:tcW w:w="403" w:type="dxa"/>
            <w:shd w:val="clear" w:color="auto" w:fill="1F497D"/>
          </w:tcPr>
          <w:p w14:paraId="6227E150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12</w:t>
            </w:r>
          </w:p>
        </w:tc>
        <w:tc>
          <w:tcPr>
            <w:tcW w:w="403" w:type="dxa"/>
            <w:shd w:val="clear" w:color="auto" w:fill="1F497D"/>
          </w:tcPr>
          <w:p w14:paraId="2EFB92DB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13</w:t>
            </w:r>
          </w:p>
        </w:tc>
        <w:tc>
          <w:tcPr>
            <w:tcW w:w="403" w:type="dxa"/>
            <w:shd w:val="clear" w:color="auto" w:fill="1F497D"/>
          </w:tcPr>
          <w:p w14:paraId="043D9868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14</w:t>
            </w:r>
          </w:p>
        </w:tc>
        <w:tc>
          <w:tcPr>
            <w:tcW w:w="403" w:type="dxa"/>
            <w:shd w:val="clear" w:color="auto" w:fill="1F497D"/>
          </w:tcPr>
          <w:p w14:paraId="4A0C6DC6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15</w:t>
            </w:r>
          </w:p>
        </w:tc>
        <w:tc>
          <w:tcPr>
            <w:tcW w:w="1008" w:type="dxa"/>
            <w:shd w:val="clear" w:color="auto" w:fill="1F497D"/>
          </w:tcPr>
          <w:p w14:paraId="59DC3446" w14:textId="77777777" w:rsidR="00D5758E" w:rsidRDefault="00D5758E" w:rsidP="00250084">
            <w:pPr>
              <w:jc w:val="center"/>
            </w:pPr>
            <w:r>
              <w:rPr>
                <w:b/>
                <w:color w:val="FFFFFF"/>
                <w:sz w:val="18"/>
              </w:rPr>
              <w:t>Прим.</w:t>
            </w:r>
          </w:p>
        </w:tc>
      </w:tr>
      <w:tr w:rsidR="00D5758E" w14:paraId="10FAFB61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54BDD2B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A70A7A4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EDC236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E481F8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FEE85D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C905B7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912F64D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77F8F5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3A9B16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0077EE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A9B5C0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52532D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F1AFB9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9340D7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CF4FD5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DA9046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81988D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6A3F2F3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AAC59BA" w14:textId="77777777" w:rsidR="00D5758E" w:rsidRDefault="00D5758E" w:rsidP="00250084"/>
        </w:tc>
      </w:tr>
      <w:tr w:rsidR="00D5758E" w14:paraId="4764CFD5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78A84AB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8105216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529F826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621A1B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34505F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A03194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3ED308D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D6C6BC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370D53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AAF8F5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C1AF4F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133907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2396FE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085FE5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F7BA6F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5C0937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7E6183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13CDE76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72F29D6" w14:textId="77777777" w:rsidR="00D5758E" w:rsidRDefault="00D5758E" w:rsidP="00250084"/>
        </w:tc>
      </w:tr>
      <w:tr w:rsidR="00D5758E" w14:paraId="4072425D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185F719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B652FF6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3ED947C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C662D2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6DF1A1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7F7E36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BDBCF7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AB2FB8C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F68F25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824D9B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8C0A4E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18436D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839DEE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F283DB9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5D4AFD6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B6A5F1C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ACFA21E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A8B36C9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9C18759" w14:textId="77777777" w:rsidR="00D5758E" w:rsidRDefault="00D5758E" w:rsidP="00250084"/>
        </w:tc>
      </w:tr>
      <w:tr w:rsidR="00D5758E" w14:paraId="298C8D63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A68CC3D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17033ED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884D6F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B38F4EA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3188DA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FFEEE9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2134C0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9578A99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E6CC6F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E19616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EBA48F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B8E0D7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3A6562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F432506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DF04CBE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6BCEEB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91EA63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7DB6D9C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808ED84" w14:textId="77777777" w:rsidR="00D5758E" w:rsidRDefault="00D5758E" w:rsidP="00250084"/>
        </w:tc>
      </w:tr>
      <w:tr w:rsidR="00D5758E" w14:paraId="4CE05882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018DDCB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5016B85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2869EB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182A9D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CB995A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6AE5879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984CDA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6D28C9C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66909B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6A5E76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5AA358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DD3515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EE4F27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0359F7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434280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FEF343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6B2B589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0EB3245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9F45151" w14:textId="77777777" w:rsidR="00D5758E" w:rsidRDefault="00D5758E" w:rsidP="00250084"/>
        </w:tc>
      </w:tr>
      <w:tr w:rsidR="00D5758E" w14:paraId="60D3BCF2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5B04306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608282D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1FA2ED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5E509C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EB4552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732C44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1A0CA3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07A3B2E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C3D2B2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1AD500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0E42D1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CA240DE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79F4E0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5804F8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678061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58DCF8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C5E887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1A52534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79100AE" w14:textId="77777777" w:rsidR="00D5758E" w:rsidRDefault="00D5758E" w:rsidP="00250084"/>
        </w:tc>
      </w:tr>
      <w:tr w:rsidR="00D5758E" w14:paraId="6694C647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604706C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359B746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3D8E2A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27CF66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F062C1A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AD6DB5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FA9F9E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6E5674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9B76CB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CD1F66D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DE7A6EA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AFB2776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025CC8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5236D9E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B3130D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92CB93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3C9997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8105B92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695A982" w14:textId="77777777" w:rsidR="00D5758E" w:rsidRDefault="00D5758E" w:rsidP="00250084"/>
        </w:tc>
      </w:tr>
      <w:tr w:rsidR="00D5758E" w14:paraId="6C03A954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4877AEA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C835D25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6990AE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8448EDE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929CF0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3F7834D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974F95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78D51D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388C45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0E25D9C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72DEF2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83BAD7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479837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4B56E0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F4A0D4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6EC52BC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32EA60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FA42912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7C858CE" w14:textId="77777777" w:rsidR="00D5758E" w:rsidRDefault="00D5758E" w:rsidP="00250084"/>
        </w:tc>
      </w:tr>
      <w:tr w:rsidR="00D5758E" w14:paraId="33CE6744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383FB31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948746B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BA7231C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5FAB4C6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DF5F45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FAB4A0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942DC2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503E10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0DD0A9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AEAE63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08DC24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9626F3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0505F0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65A5A2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342208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AE6AD1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E8B213A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A867EB1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4B73738" w14:textId="77777777" w:rsidR="00D5758E" w:rsidRDefault="00D5758E" w:rsidP="00250084"/>
        </w:tc>
      </w:tr>
      <w:tr w:rsidR="00D5758E" w14:paraId="292555B9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05C625D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3364847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47F920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D10EB6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D23D3B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27DF2B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4D52B2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0E5346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4177CCE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41B9F3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2B7B32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C61E06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1E99599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91CD67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25B67F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7AF7FEA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2CAF50C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F279A50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D57B771" w14:textId="77777777" w:rsidR="00D5758E" w:rsidRDefault="00D5758E" w:rsidP="00250084"/>
        </w:tc>
      </w:tr>
      <w:tr w:rsidR="00D5758E" w14:paraId="1BEB555F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85674CC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7CB80BD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516A93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16601DD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1624A3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2C4D12E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3999EF6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774279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E20DA19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D5BDB0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7EE95C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6F3CA7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1ABA17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05DD80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B34516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123378D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F170E56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28DEBA8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99673F4" w14:textId="77777777" w:rsidR="00D5758E" w:rsidRDefault="00D5758E" w:rsidP="00250084"/>
        </w:tc>
      </w:tr>
      <w:tr w:rsidR="00D5758E" w14:paraId="55D146B4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E36EF8F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C9116D2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5252FE9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EABCB4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FA1F6CC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385DD2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1811FD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1AF67AE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129394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586518D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CF34706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BF8588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3168A7A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6F49A7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0D7B209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DD5CA1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DB62DB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103C3A1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874D9B9" w14:textId="77777777" w:rsidR="00D5758E" w:rsidRDefault="00D5758E" w:rsidP="00250084"/>
        </w:tc>
      </w:tr>
      <w:tr w:rsidR="00D5758E" w14:paraId="537A5B2F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8923F94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D9E08F2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2CA399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310B55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30AAA9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B40569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E4623D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3D8CE4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F6F8E56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5B4205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A4A15D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735416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11A29BD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3C0091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92A3BA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43F76C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1BC3C2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D5BB2A7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1E18363" w14:textId="77777777" w:rsidR="00D5758E" w:rsidRDefault="00D5758E" w:rsidP="00250084"/>
        </w:tc>
      </w:tr>
      <w:tr w:rsidR="00D5758E" w14:paraId="0BC84D84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808FB55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B9EBCE1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3C0C4C8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549D33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C39E04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35D7C6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479496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0C0144FE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7C0789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1DDE710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79A1DF6B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205049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258D939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3639199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DD56595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5EA6FE8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477ECB52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64AD98F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5F8"/>
          </w:tcPr>
          <w:p w14:paraId="60893BCF" w14:textId="77777777" w:rsidR="00D5758E" w:rsidRDefault="00D5758E" w:rsidP="00250084"/>
        </w:tc>
      </w:tr>
      <w:tr w:rsidR="00D5758E" w14:paraId="0855B3E3" w14:textId="77777777" w:rsidTr="00250084">
        <w:trPr>
          <w:jc w:val="center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E528836" w14:textId="77777777" w:rsidR="00D5758E" w:rsidRDefault="00D5758E" w:rsidP="00250084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3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F404F7D" w14:textId="77777777" w:rsidR="00D5758E" w:rsidRDefault="00D5758E" w:rsidP="00250084"/>
        </w:tc>
        <w:tc>
          <w:tcPr>
            <w:tcW w:w="7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136606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E1C2747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91BB7EA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76B862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305EFEA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5D1BFE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ABA9C03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3FFFC4D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E7EEE5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68952D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D3B2160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07C26AF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5E4D401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6A5E854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5CEC0AC" w14:textId="77777777" w:rsidR="00D5758E" w:rsidRDefault="00D5758E" w:rsidP="00250084"/>
        </w:tc>
        <w:tc>
          <w:tcPr>
            <w:tcW w:w="40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7C25E60" w14:textId="77777777" w:rsidR="00D5758E" w:rsidRDefault="00D5758E" w:rsidP="00250084"/>
        </w:tc>
        <w:tc>
          <w:tcPr>
            <w:tcW w:w="100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6AB6530" w14:textId="77777777" w:rsidR="00D5758E" w:rsidRDefault="00D5758E" w:rsidP="00250084"/>
        </w:tc>
      </w:tr>
    </w:tbl>
    <w:p w14:paraId="5AE2CFF3" w14:textId="77777777" w:rsidR="00D5758E" w:rsidRDefault="00D5758E" w:rsidP="00D5758E">
      <w:pPr>
        <w:spacing w:before="240"/>
      </w:pPr>
    </w:p>
    <w:p w14:paraId="4A5077DE" w14:textId="77777777" w:rsidR="00D5758E" w:rsidRPr="00D5758E" w:rsidRDefault="00D5758E" w:rsidP="00D5758E">
      <w:pPr>
        <w:rPr>
          <w:lang w:val="ru-RU"/>
        </w:rPr>
      </w:pPr>
      <w:r w:rsidRPr="00D5758E">
        <w:rPr>
          <w:b/>
          <w:sz w:val="19"/>
          <w:lang w:val="ru-RU"/>
        </w:rPr>
        <w:t xml:space="preserve">Правила ведения журнала: </w:t>
      </w:r>
      <w:r w:rsidRPr="00D5758E">
        <w:rPr>
          <w:sz w:val="19"/>
          <w:lang w:val="ru-RU"/>
        </w:rPr>
        <w:t xml:space="preserve">Журнал заполняется педагогом или воспитателем ГПД ежедневно на каждом занятии. </w:t>
      </w:r>
      <w:r w:rsidRPr="00D5758E">
        <w:rPr>
          <w:b/>
          <w:sz w:val="19"/>
          <w:lang w:val="ru-RU"/>
        </w:rPr>
        <w:br/>
        <w:t xml:space="preserve">Условные обозначения: </w:t>
      </w:r>
      <w:r w:rsidRPr="00D5758E">
        <w:rPr>
          <w:sz w:val="19"/>
          <w:lang w:val="ru-RU"/>
        </w:rPr>
        <w:t>«•» или «п» — присутствие; «н» — отсутствие по неуважительной причине; «б» — отсутствие по болезни; «у» — уважительная причина.</w:t>
      </w:r>
      <w:r w:rsidRPr="00D5758E">
        <w:rPr>
          <w:b/>
          <w:sz w:val="19"/>
          <w:lang w:val="ru-RU"/>
        </w:rPr>
        <w:br/>
        <w:t xml:space="preserve">Перечень закрепленных курсов: </w:t>
      </w:r>
      <w:r w:rsidRPr="00D5758E">
        <w:rPr>
          <w:sz w:val="19"/>
          <w:lang w:val="ru-RU"/>
        </w:rPr>
        <w:t xml:space="preserve">Мир шахмат (Артемчук С.А.), Прикладно-ориентированная физкультура </w:t>
      </w:r>
      <w:r w:rsidRPr="00D5758E">
        <w:rPr>
          <w:sz w:val="19"/>
          <w:lang w:val="ru-RU"/>
        </w:rPr>
        <w:lastRenderedPageBreak/>
        <w:t>(Поротова Т.В.), Мой друг — иностранный язык (Куулар Ч.-Ш.А.), Школьный театр, Самбо, Орлята России, Разговоры о важном, Моя художественная практика, Функциональная грамотность, Строевая подготовка, Физика и конструирование, О природе и погоде, Экологический дозор, Академия творчества, Волейбол.</w:t>
      </w:r>
    </w:p>
    <w:p w14:paraId="4054EB85" w14:textId="77777777" w:rsidR="00D5758E" w:rsidRPr="00D5758E" w:rsidRDefault="00D5758E" w:rsidP="00D575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D5758E" w:rsidRPr="00D5758E" w:rsidSect="00034616">
      <w:pgSz w:w="12240" w:h="15840"/>
      <w:pgMar w:top="1138" w:right="850" w:bottom="1138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BE4396"/>
    <w:rsid w:val="00CB0664"/>
    <w:rsid w:val="00D5758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917743"/>
  <w14:defaultImageDpi w14:val="300"/>
  <w15:docId w15:val="{A67FF619-48A7-43CE-9161-65AEFB78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1">
    <w:name w:val="Normal"/>
    <w:qFormat/>
    <w:rsid w:val="00FC693F"/>
    <w:rPr>
      <w:rFonts w:ascii="Arial" w:hAnsi="Arial"/>
      <w:color w:val="222222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34C6EE0-B9FF-4A4C-BDB3-5E93DAD87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1350</Words>
  <Characters>7699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9031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Honor</cp:lastModifiedBy>
  <cp:revision>2</cp:revision>
  <dcterms:created xsi:type="dcterms:W3CDTF">2013-12-23T23:15:00Z</dcterms:created>
  <dcterms:modified xsi:type="dcterms:W3CDTF">2026-10-30T00:54:00Z</dcterms:modified>
  <cp:category/>
</cp:coreProperties>
</file>